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Rallye lecture : questionnaires (modifiables)</w:t>
      </w:r>
    </w:p>
    <w:p>
      <w:pPr>
        <w:pStyle w:val="Heading1"/>
      </w:pPr>
      <w:r>
        <w:t>Le Petit Chaperon rouge (Charles Perrault, 1697)</w:t>
      </w:r>
    </w:p>
    <w:p>
      <w:r>
        <w:t>1. Que porte le Petit Chaperon rouge à sa mère-grand ?</w:t>
      </w:r>
    </w:p>
    <w:p>
      <w:r>
        <w:t>☐ une galette et un petit pot de beurre</w:t>
      </w:r>
    </w:p>
    <w:p>
      <w:r>
        <w:t>☐ un panier de pommes</w:t>
      </w:r>
    </w:p>
    <w:p>
      <w:r>
        <w:t>☐ une soupe chaude</w:t>
      </w:r>
    </w:p>
    <w:p>
      <w:r>
        <w:t>2. Pourquoi sa mère l’envoie-t-elle chez sa mère-grand ?</w:t>
      </w:r>
    </w:p>
    <w:p>
      <w:r>
        <w:t>☐ c’est son anniversaire</w:t>
      </w:r>
    </w:p>
    <w:p>
      <w:r>
        <w:t>☐ on lui a dit qu’elle était malade</w:t>
      </w:r>
    </w:p>
    <w:p>
      <w:r>
        <w:t>☐ elle a besoin d’aide pour le ménage</w:t>
      </w:r>
    </w:p>
    <w:p>
      <w:r>
        <w:t>3. Où la fillette rencontre-t-elle le loup ?</w:t>
      </w:r>
    </w:p>
    <w:p>
      <w:r>
        <w:t>☐ dans un bois</w:t>
      </w:r>
    </w:p>
    <w:p>
      <w:r>
        <w:t>☐ au bord de la rivière</w:t>
      </w:r>
    </w:p>
    <w:p>
      <w:r>
        <w:t>☐ devant le moulin</w:t>
      </w:r>
    </w:p>
    <w:p>
      <w:r>
        <w:t>4. Pourquoi le loup ne la mange-t-il pas tout de suite ?</w:t>
      </w:r>
    </w:p>
    <w:p>
      <w:r>
        <w:t>☐ il n’a pas faim</w:t>
      </w:r>
    </w:p>
    <w:p>
      <w:r>
        <w:t>☐ des bûcherons sont dans la forêt</w:t>
      </w:r>
    </w:p>
    <w:p>
      <w:r>
        <w:t>☐ elle court trop vite</w:t>
      </w:r>
    </w:p>
    <w:p>
      <w:r>
        <w:t>5. Quel chemin prend le loup ?</w:t>
      </w:r>
    </w:p>
    <w:p>
      <w:r>
        <w:t>☐ le plus long</w:t>
      </w:r>
    </w:p>
    <w:p>
      <w:r>
        <w:t>☐ le plus court</w:t>
      </w:r>
    </w:p>
    <w:p>
      <w:r>
        <w:t>☐ le même que la fillette</w:t>
      </w:r>
    </w:p>
    <w:p>
      <w:r>
        <w:t>6. Que fait la fillette en chemin ?</w:t>
      </w:r>
    </w:p>
    <w:p>
      <w:r>
        <w:t>☐ elle cueille des noisettes et fait des bouquets</w:t>
      </w:r>
    </w:p>
    <w:p>
      <w:r>
        <w:t>☐ elle rentre chez elle</w:t>
      </w:r>
    </w:p>
    <w:p>
      <w:r>
        <w:t>☐ elle s’endort sous un arbre</w:t>
      </w:r>
    </w:p>
    <w:p>
      <w:r>
        <w:t>7. Que faut-il faire pour ouvrir la porte ?</w:t>
      </w:r>
    </w:p>
    <w:p>
      <w:r>
        <w:t>☐ frapper trois fois</w:t>
      </w:r>
    </w:p>
    <w:p>
      <w:r>
        <w:t>☐ tirer la chevillette</w:t>
      </w:r>
    </w:p>
    <w:p>
      <w:r>
        <w:t>☐ dire un mot magique</w:t>
      </w:r>
    </w:p>
    <w:p>
      <w:r>
        <w:t>8. Qui le loup mange-t-il en premier ?</w:t>
      </w:r>
    </w:p>
    <w:p>
      <w:r>
        <w:t>☐ la mère-grand</w:t>
      </w:r>
    </w:p>
    <w:p>
      <w:r>
        <w:t>☐ la fillette</w:t>
      </w:r>
    </w:p>
    <w:p>
      <w:r>
        <w:t>☐ personne</w:t>
      </w:r>
    </w:p>
    <w:p>
      <w:r>
        <w:t>9. Comment se termine le conte de Perrault ?</w:t>
      </w:r>
    </w:p>
    <w:p>
      <w:r>
        <w:t>☐ un chasseur sauve la fillette</w:t>
      </w:r>
    </w:p>
    <w:p>
      <w:r>
        <w:t>☐ le loup mange le Petit Chaperon rouge</w:t>
      </w:r>
    </w:p>
    <w:p>
      <w:r>
        <w:t>☐ la fillette s’enfuit</w:t>
      </w:r>
    </w:p>
    <w:p>
      <w:r>
        <w:t>10. Qu’est-ce que la moralité à la fin du conte ?</w:t>
      </w:r>
    </w:p>
    <w:p>
      <w:r>
        <w:t>☐ une leçon à retenir</w:t>
      </w:r>
    </w:p>
    <w:p>
      <w:r>
        <w:t>☐ une chanson</w:t>
      </w:r>
    </w:p>
    <w:p>
      <w:r>
        <w:t>☐ la liste des personnages</w:t>
      </w:r>
    </w:p>
    <w:p>
      <w:r>
        <w:br w:type="page"/>
      </w:r>
    </w:p>
    <w:p>
      <w:pPr>
        <w:pStyle w:val="Heading1"/>
      </w:pPr>
      <w:r>
        <w:t>Le Maître Chat ou le Chat botté (Charles Perrault, 1697)</w:t>
      </w:r>
    </w:p>
    <w:p>
      <w:r>
        <w:t>1. Que reçoit le plus jeune fils à la mort du meunier ?</w:t>
      </w:r>
    </w:p>
    <w:p>
      <w:r>
        <w:t>☐ le moulin</w:t>
      </w:r>
    </w:p>
    <w:p>
      <w:r>
        <w:t>☐ l’âne</w:t>
      </w:r>
    </w:p>
    <w:p>
      <w:r>
        <w:t>☐ le chat</w:t>
      </w:r>
    </w:p>
    <w:p>
      <w:r>
        <w:t>2. Que demande le chat à son maître ?</w:t>
      </w:r>
    </w:p>
    <w:p>
      <w:r>
        <w:t>☐ un sac et des bottes</w:t>
      </w:r>
    </w:p>
    <w:p>
      <w:r>
        <w:t>☐ un chapeau et une épée</w:t>
      </w:r>
    </w:p>
    <w:p>
      <w:r>
        <w:t>☐ un cheval</w:t>
      </w:r>
    </w:p>
    <w:p>
      <w:r>
        <w:t>3. Comment le chat attrape-t-il un lapin ?</w:t>
      </w:r>
    </w:p>
    <w:p>
      <w:r>
        <w:t>☐ avec un piège dans son sac</w:t>
      </w:r>
    </w:p>
    <w:p>
      <w:r>
        <w:t>☐ en courant plus vite</w:t>
      </w:r>
    </w:p>
    <w:p>
      <w:r>
        <w:t>☐ en l’appelant</w:t>
      </w:r>
    </w:p>
    <w:p>
      <w:r>
        <w:t>4. À qui le chat offre-t-il son gibier ?</w:t>
      </w:r>
    </w:p>
    <w:p>
      <w:r>
        <w:t>☐ au meunier</w:t>
      </w:r>
    </w:p>
    <w:p>
      <w:r>
        <w:t>☐ au roi</w:t>
      </w:r>
    </w:p>
    <w:p>
      <w:r>
        <w:t>☐ à l’ogre</w:t>
      </w:r>
    </w:p>
    <w:p>
      <w:r>
        <w:t>5. Quel nom le chat donne-t-il à son maître ?</w:t>
      </w:r>
    </w:p>
    <w:p>
      <w:r>
        <w:t>☐ le Marquis de Carabas</w:t>
      </w:r>
    </w:p>
    <w:p>
      <w:r>
        <w:t>☐ le Prince charmant</w:t>
      </w:r>
    </w:p>
    <w:p>
      <w:r>
        <w:t>☐ le Comte du Moulin</w:t>
      </w:r>
    </w:p>
    <w:p>
      <w:r>
        <w:t>6. Que fait le maître pendant que le carrosse du roi passe ?</w:t>
      </w:r>
    </w:p>
    <w:p>
      <w:r>
        <w:t>☐ il se baigne dans la rivière</w:t>
      </w:r>
    </w:p>
    <w:p>
      <w:r>
        <w:t>☐ il coupe du bois</w:t>
      </w:r>
    </w:p>
    <w:p>
      <w:r>
        <w:t>☐ il dort</w:t>
      </w:r>
    </w:p>
    <w:p>
      <w:r>
        <w:t>7. Que dit le chat aux paysans ?</w:t>
      </w:r>
    </w:p>
    <w:p>
      <w:r>
        <w:t>☐ de fuir</w:t>
      </w:r>
    </w:p>
    <w:p>
      <w:r>
        <w:t>☐ de dire que les champs sont au Marquis de Carabas</w:t>
      </w:r>
    </w:p>
    <w:p>
      <w:r>
        <w:t>☐ de chanter pour le roi</w:t>
      </w:r>
    </w:p>
    <w:p>
      <w:r>
        <w:t>8. Qui est le vrai propriétaire du château ?</w:t>
      </w:r>
    </w:p>
    <w:p>
      <w:r>
        <w:t>☐ le roi</w:t>
      </w:r>
    </w:p>
    <w:p>
      <w:r>
        <w:t>☐ un ogre</w:t>
      </w:r>
    </w:p>
    <w:p>
      <w:r>
        <w:t>☐ le meunier</w:t>
      </w:r>
    </w:p>
    <w:p>
      <w:r>
        <w:t>9. En quel animal l’ogre se change-t-il en dernier ?</w:t>
      </w:r>
    </w:p>
    <w:p>
      <w:r>
        <w:t>☐ en lion</w:t>
      </w:r>
    </w:p>
    <w:p>
      <w:r>
        <w:t>☐ en souris</w:t>
      </w:r>
    </w:p>
    <w:p>
      <w:r>
        <w:t>☐ en loup</w:t>
      </w:r>
    </w:p>
    <w:p>
      <w:r>
        <w:t>10. Comment finit l’histoire du maître ?</w:t>
      </w:r>
    </w:p>
    <w:p>
      <w:r>
        <w:t>☐ il épouse la fille du roi</w:t>
      </w:r>
    </w:p>
    <w:p>
      <w:r>
        <w:t>☐ il retourne au moulin</w:t>
      </w:r>
    </w:p>
    <w:p>
      <w:r>
        <w:t>☐ il devient ogre</w:t>
      </w:r>
    </w:p>
    <w:p>
      <w:r>
        <w:br w:type="page"/>
      </w:r>
    </w:p>
    <w:p>
      <w:pPr>
        <w:pStyle w:val="Heading1"/>
      </w:pPr>
      <w:r>
        <w:t>Cendrillon ou la petite pantoufle de verre (Charles Perrault, 1697)</w:t>
      </w:r>
    </w:p>
    <w:p>
      <w:r>
        <w:t>1. Qui maltraite Cendrillon ?</w:t>
      </w:r>
    </w:p>
    <w:p>
      <w:r>
        <w:t>☐ sa belle-mère et ses deux sœurs</w:t>
      </w:r>
    </w:p>
    <w:p>
      <w:r>
        <w:t>☐ le prince</w:t>
      </w:r>
    </w:p>
    <w:p>
      <w:r>
        <w:t>☐ sa marraine</w:t>
      </w:r>
    </w:p>
    <w:p>
      <w:r>
        <w:t>2. Pourquoi l’appelle-t-on Cendrillon ?</w:t>
      </w:r>
    </w:p>
    <w:p>
      <w:r>
        <w:t>☐ elle s’assoit dans les cendres</w:t>
      </w:r>
    </w:p>
    <w:p>
      <w:r>
        <w:t>☐ elle a les cheveux gris</w:t>
      </w:r>
    </w:p>
    <w:p>
      <w:r>
        <w:t>☐ elle vend du charbon</w:t>
      </w:r>
    </w:p>
    <w:p>
      <w:r>
        <w:t>3. Qui l’aide à aller au bal ?</w:t>
      </w:r>
    </w:p>
    <w:p>
      <w:r>
        <w:t>☐ sa marraine, une fée</w:t>
      </w:r>
    </w:p>
    <w:p>
      <w:r>
        <w:t>☐ le roi</w:t>
      </w:r>
    </w:p>
    <w:p>
      <w:r>
        <w:t>☐ son père</w:t>
      </w:r>
    </w:p>
    <w:p>
      <w:r>
        <w:t>4. En quoi la citrouille est-elle changée ?</w:t>
      </w:r>
    </w:p>
    <w:p>
      <w:r>
        <w:t>☐ en carrosse</w:t>
      </w:r>
    </w:p>
    <w:p>
      <w:r>
        <w:t>☐ en robe</w:t>
      </w:r>
    </w:p>
    <w:p>
      <w:r>
        <w:t>☐ en château</w:t>
      </w:r>
    </w:p>
    <w:p>
      <w:r>
        <w:t>5. Que deviennent les souris ?</w:t>
      </w:r>
    </w:p>
    <w:p>
      <w:r>
        <w:t>☐ des chevaux</w:t>
      </w:r>
    </w:p>
    <w:p>
      <w:r>
        <w:t>☐ des cochers</w:t>
      </w:r>
    </w:p>
    <w:p>
      <w:r>
        <w:t>☐ des laquais</w:t>
      </w:r>
    </w:p>
    <w:p>
      <w:r>
        <w:t>6. Avant quelle heure doit-elle quitter le bal ?</w:t>
      </w:r>
    </w:p>
    <w:p>
      <w:r>
        <w:t>☐ minuit</w:t>
      </w:r>
    </w:p>
    <w:p>
      <w:r>
        <w:t>☐ dix heures</w:t>
      </w:r>
    </w:p>
    <w:p>
      <w:r>
        <w:t>☐ le lever du soleil</w:t>
      </w:r>
    </w:p>
    <w:p>
      <w:r>
        <w:t>7. Combien de fois Cendrillon va-t-elle au bal ?</w:t>
      </w:r>
    </w:p>
    <w:p>
      <w:r>
        <w:t>☐ une fois</w:t>
      </w:r>
    </w:p>
    <w:p>
      <w:r>
        <w:t>☐ deux fois</w:t>
      </w:r>
    </w:p>
    <w:p>
      <w:r>
        <w:t>☐ trois fois</w:t>
      </w:r>
    </w:p>
    <w:p>
      <w:r>
        <w:t>8. Que perd-elle en s’enfuyant ?</w:t>
      </w:r>
    </w:p>
    <w:p>
      <w:r>
        <w:t>☐ une pantoufle de verre</w:t>
      </w:r>
    </w:p>
    <w:p>
      <w:r>
        <w:t>☐ sa couronne</w:t>
      </w:r>
    </w:p>
    <w:p>
      <w:r>
        <w:t>☐ son éventail</w:t>
      </w:r>
    </w:p>
    <w:p>
      <w:r>
        <w:t>9. Comment le prince la retrouve-t-il ?</w:t>
      </w:r>
    </w:p>
    <w:p>
      <w:r>
        <w:t>☐ il fait essayer la pantoufle</w:t>
      </w:r>
    </w:p>
    <w:p>
      <w:r>
        <w:t>☐ il reconnaît sa voix</w:t>
      </w:r>
    </w:p>
    <w:p>
      <w:r>
        <w:t>☐ la fée le lui dit</w:t>
      </w:r>
    </w:p>
    <w:p>
      <w:r>
        <w:t>10. Que fait Cendrillon pour ses sœurs à la fin ?</w:t>
      </w:r>
    </w:p>
    <w:p>
      <w:r>
        <w:t>☐ elle les chasse</w:t>
      </w:r>
    </w:p>
    <w:p>
      <w:r>
        <w:t>☐ elle leur pardonne</w:t>
      </w:r>
    </w:p>
    <w:p>
      <w:r>
        <w:t>☐ elle les ignore</w:t>
      </w:r>
    </w:p>
    <w:p>
      <w:r>
        <w:br w:type="page"/>
      </w:r>
    </w:p>
    <w:p>
      <w:pPr>
        <w:pStyle w:val="Heading1"/>
      </w:pPr>
      <w:r>
        <w:t>Corrigés</w:t>
      </w:r>
    </w:p>
    <w:p>
      <w:r>
        <w:t>Le Petit Chaperon rouge : 1. une galette et un petit pot de beurre · 2. on lui a dit qu’elle était malade · 3. dans un bois · 4. des bûcherons sont dans la forêt · 5. le plus court · 6. elle cueille des noisettes et fait des bouquets · 7. tirer la chevillette · 8. la mère-grand · 9. le loup mange le Petit Chaperon rouge · 10. une leçon à retenir</w:t>
      </w:r>
    </w:p>
    <w:p>
      <w:r>
        <w:t>Le Maître Chat ou le Chat botté : 1. le chat · 2. un sac et des bottes · 3. avec un piège dans son sac · 4. au roi · 5. le Marquis de Carabas · 6. il se baigne dans la rivière · 7. de dire que les champs sont au Marquis de Carabas · 8. un ogre · 9. en souris · 10. il épouse la fille du roi</w:t>
      </w:r>
    </w:p>
    <w:p>
      <w:r>
        <w:t>Cendrillon ou la petite pantoufle de verre : 1. sa belle-mère et ses deux sœurs · 2. elle s’assoit dans les cendres · 3. sa marraine, une fée · 4. en carrosse · 5. des chevaux · 6. minuit · 7. deux fois · 8. une pantoufle de verre · 9. il fait essayer la pantoufle · 10. elle leur pardonne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Rallye lecture</dc:title>
  <dc:subject/>
  <dc:creator>Prépare Mes Cours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