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Problèmes CM2 : 30 problèmes modifiables</w:t>
      </w:r>
    </w:p>
    <w:p>
      <w:pPr>
        <w:pStyle w:val="Heading1"/>
      </w:pPr>
      <w:r>
        <w:t>A. Problèmes à étapes</w:t>
      </w:r>
    </w:p>
    <w:p>
      <w:r>
        <w:t>1. Les cahiers de l'école : L'école reçoit 18 cartons de 144 cahiers. Elle en distribue 465 aux classes. Combien de cahiers lui reste-t-il ?</w:t>
      </w:r>
    </w:p>
    <w:p>
      <w:r>
        <w:t>2. Les gradins de la fête du sport : Pour la fête du sport, on installe 6 gradins de 45 places. 238 élèves et 41 parents viennent s'asseoir. Les places suffisent-elles ? Combien en manque-t-il ou en reste-t-il ?</w:t>
      </w:r>
    </w:p>
    <w:p>
      <w:r>
        <w:t>3. Les livres de la classe : La classe achète 15 romans à 12 € et 8 bandes dessinées à 9 €. Elle dispose de 300 €. Combien d'argent lui reste-t-il ?</w:t>
      </w:r>
    </w:p>
    <w:p>
      <w:r>
        <w:t>4. La course solidaire : Pour la course solidaire, un partenaire verse 3 € par tour couru. Les 24 élèves de la classe courent 7 tours chacun et l'enseignante court 12 tours. Quelle somme la classe récolte-t-elle ?</w:t>
      </w:r>
    </w:p>
    <w:p>
      <w:r>
        <w:t>5. Les bulbes de la cour : La mairie offre 4 sacs de 36 bulbes de tulipes et 3 sacs de 32 bulbes de jonquilles. On les plante tous dans 8 bacs, avec le même nombre de bulbes dans chaque bac. Combien de bulbes y a-t-il dans chaque bac ?</w:t>
      </w:r>
    </w:p>
    <w:p>
      <w:r>
        <w:t>6. La kermesse : À la kermesse, 1 340 tickets sont vendus le samedi et 485 de moins le dimanche. Un ticket coûte 2 €. Combien la vente des tickets a-t-elle rapporté ?</w:t>
      </w:r>
    </w:p>
    <w:p>
      <w:r>
        <w:t>7. Les affiches du festival : Une imprimerie prépare 2 400 affiches. Elle les roule par 50, puis range les rouleaux dans des caisses de 6 rouleaux. Combien de caisses remplit-elle ?</w:t>
      </w:r>
    </w:p>
    <w:p>
      <w:pPr>
        <w:pStyle w:val="Heading1"/>
      </w:pPr>
      <w:r>
        <w:t>B. Proportionnalité</w:t>
      </w:r>
    </w:p>
    <w:p>
      <w:r>
        <w:t>8. Les bidons de peinture : 4 bidons de peinture identiques pèsent 18 kg. Combien pèsent 10 de ces bidons ?</w:t>
      </w:r>
    </w:p>
    <w:p>
      <w:r>
        <w:t>9. Le tissu des costumes : Pour les costumes du spectacle, 6 m de tissu coûtent 21 € et 4 m du même tissu coûtent 14 €. Combien coûtent 10 m de ce tissu ?</w:t>
      </w:r>
    </w:p>
    <w:p>
      <w:r>
        <w:t>10. Les entrées de la piscine : 20 entrées à la piscine coûtent 70 €. Combien coûtent 30 entrées ?</w:t>
      </w:r>
    </w:p>
    <w:p>
      <w:r>
        <w:t>11. Les gâteaux au four : Un gâteau cuit en 40 minutes dans le four de la cantine. Le four est assez grand pour cuire 3 gâteaux identiques en même temps. Combien de temps faut-il pour cuire ces 3 gâteaux ensemble ?</w:t>
      </w:r>
    </w:p>
    <w:p>
      <w:r>
        <w:t>12. Le robot de la classe : Le robot de la classe avance toujours à la même vitesse. Il parcourt 15 m en 2 minutes. Quelle distance parcourt-il en 14 minutes ?</w:t>
      </w:r>
    </w:p>
    <w:p>
      <w:r>
        <w:t>13. Le jus de pommes : Avec 12 L de jus de pommes, on remplit 16 bouteilles identiques. Combien de bouteilles remplit-on avec 9 L ?</w:t>
      </w:r>
    </w:p>
    <w:p>
      <w:r>
        <w:t>14. La pâte à sel : Pour fabriquer 6 boules de pâte à sel, il faut 450 g de farine. Quelle masse de farine faut-il pour 15 boules ?</w:t>
      </w:r>
    </w:p>
    <w:p>
      <w:r>
        <w:t>15. La location des vélos : Pour une sortie, louer 4 vélos pour la journée coûte 52 €. Combien coûte la location de 10 vélos pour la journée ?</w:t>
      </w:r>
    </w:p>
    <w:p>
      <w:pPr>
        <w:pStyle w:val="Heading1"/>
      </w:pPr>
      <w:r>
        <w:t>C. Décimaux et monnaie</w:t>
      </w:r>
    </w:p>
    <w:p>
      <w:r>
        <w:t>16. Les fournitures : Mia achète 3 classeurs à 2,45 € et une trousse à 4,80 €. Elle paie avec un billet de 20 €. Combien lui rend-on ?</w:t>
      </w:r>
    </w:p>
    <w:p>
      <w:r>
        <w:t>17. La planche de l'atelier : Pour l'atelier de technologie, on coupe une planche de 4,5 m en 6 morceaux de même longueur. Quelle est la longueur de chaque morceau ?</w:t>
      </w:r>
    </w:p>
    <w:p>
      <w:r>
        <w:t>18. Les sauts en longueur : Au concours de saut en longueur, Inès saute 3,48 m, Malo 3,5 m et Sacha 3,405 m. Range les sauts du plus court au plus long, puis calcule l'écart entre le saut le plus long et le saut le plus court.</w:t>
      </w:r>
    </w:p>
    <w:p>
      <w:r>
        <w:t>19. Les clémentines : Au marché, les clémentines coûtent 2,85 € le kilogramme. Lou en achète 3 kg. Combien paie-t-elle ?</w:t>
      </w:r>
    </w:p>
    <w:p>
      <w:r>
        <w:t>20. Les minéraux : Pour la classe de sciences, on pèse trois minéraux : 0,245 kg, 0,38 kg et 0,6 kg. Quelle est leur masse totale ?</w:t>
      </w:r>
    </w:p>
    <w:p>
      <w:r>
        <w:t>21. Le cadeau d'anniversaire : Trois amis achètent ensemble un cadeau d'anniversaire à 22,35 €. Ils partagent le prix en parts égales. Combien paie chacun ?</w:t>
      </w:r>
    </w:p>
    <w:p>
      <w:pPr>
        <w:pStyle w:val="Heading1"/>
      </w:pPr>
      <w:r>
        <w:t>D. Durées et conversions</w:t>
      </w:r>
    </w:p>
    <w:p>
      <w:r>
        <w:t>22. Le trajet en train : Un train part à 9 h 47 et arrive à 13 h 12. Combien de temps dure le trajet ?</w:t>
      </w:r>
    </w:p>
    <w:p>
      <w:r>
        <w:t>23. L'atelier d'escalade : Une classe va à l'escalade 3 fois par semaine, pendant 12 semaines. Chaque séance dure 1 h 15 min. Combien d'heures d'escalade la classe fait-elle en tout ?</w:t>
      </w:r>
    </w:p>
    <w:p>
      <w:r>
        <w:t>24. Le relais : Au relais de la classe, Noé court son tour en 1 min 48 s, puis Jade court le sien en 2 min 35 s. Quelle est la durée totale du relais ?</w:t>
      </w:r>
    </w:p>
    <w:p>
      <w:r>
        <w:t>25. Les gourdes : Pour la sortie, on remplit 24 gourdes de 75 cL. Combien de litres d'eau faut-il ?</w:t>
      </w:r>
    </w:p>
    <w:p>
      <w:r>
        <w:t>26. La piste d'athlétisme : Une piste d'athlétisme mesure 400 m. Combien de tours faut-il faire pour parcourir 2,4 km ?</w:t>
      </w:r>
    </w:p>
    <w:p>
      <w:r>
        <w:t>27. La nuit des étoiles : La soirée d'observation des étoiles commence à 20 h 50 et dure 135 minutes. À quelle heure se termine-t-elle ?</w:t>
      </w:r>
    </w:p>
    <w:p>
      <w:r>
        <w:t>28. Les pâtons du boulanger : Un boulanger prépare 36 pâtons de 350 g. Quelle masse de pâte a-t-il préparée, en kilogrammes ?</w:t>
      </w:r>
    </w:p>
    <w:p>
      <w:pPr>
        <w:pStyle w:val="Heading1"/>
      </w:pPr>
      <w:r>
        <w:t>E. Défis</w:t>
      </w:r>
    </w:p>
    <w:p>
      <w:r>
        <w:t>29. La sortie au parc animalier : Trois classes de 27, 25 et 28 élèves partent au parc animalier. Le transport coûte 640 € pour tout le groupe et l'entrée coûte 6 € par élève. La coopérative scolaire paie 400 €. Le reste est partagé également entre les familles, une part par élève. Combien paie chaque famille ?</w:t>
      </w:r>
    </w:p>
    <w:p>
      <w:r>
        <w:t>30. La balade à vélo : Léna roule à vélo toujours à la même vitesse : elle parcourt 3 km en 15 minutes. Elle part à 14 h 40 et s'arrête à 16 h 10. Quelle distance a-t-elle parcourue ?</w:t>
      </w:r>
    </w:p>
    <w:p>
      <w:r>
        <w:br w:type="page"/>
      </w:r>
    </w:p>
    <w:p>
      <w:pPr>
        <w:pStyle w:val="Heading1"/>
      </w:pPr>
      <w:r>
        <w:t>Aides et corrigés (enseignant)</w:t>
      </w:r>
    </w:p>
    <w:p>
      <w:r>
        <w:t>1. Aide : Calcule d'abord le nombre de cahiers reçus. Corrigé : 18 × 144 = 2 592 ; 2 592 − 465 = 2 127. Il reste 2 127 cahiers.</w:t>
      </w:r>
    </w:p>
    <w:p>
      <w:r>
        <w:t>2. Aide : Compare le nombre de places au nombre de personnes. Corrigé : 6 × 45 = 270 ; 238 + 41 = 279 ; 279 − 270 = 9. Non, les places ne suffisent pas : il manque 9 places.</w:t>
      </w:r>
    </w:p>
    <w:p>
      <w:r>
        <w:t>3. Aide : Calcule le prix des romans, puis celui des bandes dessinées. Corrigé : 15 × 12 = 180 ; 8 × 9 = 72 ; 180 + 72 = 252 ; 300 − 252 = 48. Il reste 48 €.</w:t>
      </w:r>
    </w:p>
    <w:p>
      <w:r>
        <w:t>4. Aide : Cherche d'abord le nombre total de tours. Corrigé : 24 × 7 = 168 ; 168 + 12 = 180 ; 180 × 3 = 540. La classe récolte 540 €.</w:t>
      </w:r>
    </w:p>
    <w:p>
      <w:r>
        <w:t>5. Aide : Cherche d'abord le nombre total de bulbes. Corrigé : 4 × 36 = 144 ; 3 × 32 = 96 ; 144 + 96 = 240 ; 240 ÷ 8 = 30. Chaque bac reçoit 30 bulbes.</w:t>
      </w:r>
    </w:p>
    <w:p>
      <w:r>
        <w:t>6. Aide : Trouve d'abord le nombre de tickets vendus le dimanche. Corrigé : 1 340 − 485 = 855 ; 1 340 + 855 = 2 195 ; 2 195 × 2 = 4 390. La vente a rapporté 4 390 €.</w:t>
      </w:r>
    </w:p>
    <w:p>
      <w:r>
        <w:t>7. Aide : Cherche d'abord le nombre de rouleaux. Corrigé : 2 400 ÷ 50 = 48 ; 48 ÷ 6 = 8. Elle remplit 8 caisses.</w:t>
      </w:r>
    </w:p>
    <w:p>
      <w:r>
        <w:t>8. Aide : Cherche d'abord ce que pèsent 2 bidons. Corrigé : 2 bidons, c'est 2 fois moins que 4 bidons : ils pèsent 2 fois moins, 18 ÷ 2 = 9, donc 9 kg. 10 bidons, c'est 5 fois plus que 2 bidons : ils pèsent 5 fois plus, 9 × 5 = 45. 10 bidons pèsent 45 kg.</w:t>
      </w:r>
    </w:p>
    <w:p>
      <w:r>
        <w:t>9. Aide : Peux-tu obtenir 10 m avec les deux longueurs connues ? Corrigé : 10 m, c'est 6 m et 4 m réunis. Le prix de 10 m est donc le prix de 6 m plus le prix de 4 m : 21 + 14 = 35. 10 m de tissu coûtent 35 €.</w:t>
      </w:r>
    </w:p>
    <w:p>
      <w:r>
        <w:t>10. Aide : Cherche d'abord le prix de 10 entrées. Corrigé : 10 entrées, c'est 2 fois moins que 20 entrées : elles coûtent 2 fois moins, 70 ÷ 2 = 35, donc 35 €. 30 entrées, c'est 20 entrées et 10 entrées : 70 + 35 = 105. 30 entrées coûtent 105 €.</w:t>
      </w:r>
    </w:p>
    <w:p>
      <w:r>
        <w:drawing>
          <wp:inline xmlns:a="http://schemas.openxmlformats.org/drawingml/2006/main" xmlns:pic="http://schemas.openxmlformats.org/drawingml/2006/picture">
            <wp:extent cx="5400000" cy="17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hema-entrees-piscin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7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Le schéma aide à voir le raisonnement du problème 10 : il accompagne la phrase, il ne la remplace pas.</w:t>
      </w:r>
    </w:p>
    <w:p>
      <w:r>
        <w:t>11. Aide : Imagine la scène : les gâteaux cuisent-ils l'un après l'autre ? Corrigé : Ce n'est pas une situation de proportionnalité : les 3 gâteaux cuisent en même temps, dans le même four. Mettre 3 fois plus de gâteaux ne les fait pas cuire 3 fois plus longtemps. Il faut toujours 40 minutes.</w:t>
      </w:r>
    </w:p>
    <w:p>
      <w:r>
        <w:t>12. Aide : Combien de fois 2 minutes y a-t-il dans 14 minutes ? Corrigé : 14 minutes, c'est 7 fois plus que 2 minutes : le robot parcourt une distance 7 fois plus grande, 15 × 7 = 105. En 14 minutes, il parcourt 105 m.</w:t>
      </w:r>
    </w:p>
    <w:p>
      <w:r>
        <w:t>13. Aide : Cherche d'abord combien de bouteilles on remplit avec 3 L. Corrigé : 3 L, c'est 4 fois moins que 12 L : on remplit 4 fois moins de bouteilles, 16 ÷ 4 = 4, donc 4 bouteilles. 9 L, c'est 12 L moins 3 L : on remplit 16 − 4 = 12 bouteilles. Avec 9 L, on remplit 12 bouteilles.</w:t>
      </w:r>
    </w:p>
    <w:p>
      <w:r>
        <w:t>14. Aide : Cherche d'abord la masse de farine pour 3 boules. Corrigé : 3 boules, c'est 2 fois moins que 6 boules : il faut 2 fois moins de farine, 450 ÷ 2 = 225, donc 225 g. 15 boules, c'est 6 boules, encore 6 boules et 3 boules : 450 + 450 + 225 = 1 125. Pour 15 boules, il faut 1 125 g de farine.</w:t>
      </w:r>
    </w:p>
    <w:p>
      <w:r>
        <w:t>15. Aide : Cherche d'abord le prix pour 2 vélos. Corrigé : 2 vélos, c'est 2 fois moins que 4 vélos : la location coûte 2 fois moins, 52 ÷ 2 = 26, donc 26 €. 10 vélos, c'est 4 vélos, encore 4 vélos et 2 vélos : 52 + 52 + 26 = 130. La location de 10 vélos coûte 130 €.</w:t>
      </w:r>
    </w:p>
    <w:p>
      <w:r>
        <w:t>16. Aide : Calcule le prix des 3 classeurs, puis le prix total. Corrigé : 3 × 2,45 = 7,35 ; 7,35 + 4,80 = 12,15 ; 20 − 12,15 = 7,85. On lui rend 7,85 €.</w:t>
      </w:r>
    </w:p>
    <w:p>
      <w:r>
        <w:t>17. Aide : Tu peux convertir 4,5 m en centimètres avant de partager. Corrigé : 4,5 ÷ 6 = 0,75. Chaque morceau mesure 0,75 m.</w:t>
      </w:r>
    </w:p>
    <w:p>
      <w:r>
        <w:t>18. Aide : Écris les trois nombres avec trois chiffres après la virgule avant de les comparer. Corrigé : 3,405 &lt; 3,48 &lt; 3,5 ; 3,5 − 3,405 = 0,095. Le saut le plus long (Malo) dépasse le plus court (Sacha) de 0,095 m, soit 95 mm.</w:t>
      </w:r>
    </w:p>
    <w:p>
      <w:r>
        <w:t>19. Aide : 3 kg, c'est 3 fois 1 kg. Corrigé : 3 × 2,85 = 8,55. Lou paie 8,55 €.</w:t>
      </w:r>
    </w:p>
    <w:p>
      <w:r>
        <w:t>20. Aide : Aligne les virgules, ou écris chaque masse avec trois chiffres après la virgule. Corrigé : 0,245 + 0,38 + 0,6 = 1,225. La masse totale est 1,225 kg, soit 1 225 g.</w:t>
      </w:r>
    </w:p>
    <w:p>
      <w:r>
        <w:t>21. Aide : Partage d'abord les euros, puis les centimes qui restent. Corrigé : 22,35 ÷ 3 = 7,45. Chacun paie 7,45 €.</w:t>
      </w:r>
    </w:p>
    <w:p>
      <w:r>
        <w:t>22. Aide : Avance d'abord jusqu'à l'heure juste : de 9 h 47 à 10 h. Corrigé : De 9 h 47 à 10 h : 13 min ; de 10 h à 13 h : 3 h ; de 13 h à 13 h 12 : 12 min ; 13 min + 3 h + 12 min = 3 h 25 min. Le trajet dure 3 h 25 min.</w:t>
      </w:r>
    </w:p>
    <w:p>
      <w:r>
        <w:t>23. Aide : Calcule d'abord la durée d'escalade d'une semaine. Corrigé : 3 × 1 h 15 min = 3 h 45 min ; 12 × 3 h = 36 h ; 12 × 45 min = 540 min = 9 h ; 36 h + 9 h = 45 h. La classe fait 45 h d'escalade.</w:t>
      </w:r>
    </w:p>
    <w:p>
      <w:r>
        <w:t>24. Aide : Additionne les secondes, puis les minutes. 60 s font 1 min. Corrigé : 48 s + 35 s = 83 s = 1 min 23 s ; 1 min 48 s + 2 min 35 s = 4 min 23 s. Le relais dure 4 min 23 s.</w:t>
      </w:r>
    </w:p>
    <w:p>
      <w:r>
        <w:t>25. Aide : 1 L = 100 cL. Corrigé : 24 × 75 cL = 1 800 cL ; 1 800 cL = 18 L. Il faut 18 L d'eau.</w:t>
      </w:r>
    </w:p>
    <w:p>
      <w:r>
        <w:t>26. Aide : Convertis d'abord 2,4 km en mètres. Corrigé : 2,4 km = 2 400 m ; 2 400 ÷ 400 = 6. Il faut faire 6 tours.</w:t>
      </w:r>
    </w:p>
    <w:p>
      <w:r>
        <w:t>27. Aide : Convertis d'abord 135 minutes en heures et minutes. Corrigé : 135 min = 2 h 15 min ; 20 h 50 + 2 h 15 min = 23 h 05. La soirée se termine à 23 h 05.</w:t>
      </w:r>
    </w:p>
    <w:p>
      <w:r>
        <w:t>28. Aide : 1 kg = 1 000 g. Corrigé : 36 × 350 g = 12 600 g ; 12 600 g = 12,6 kg. Il a préparé 12,6 kg de pâte.</w:t>
      </w:r>
    </w:p>
    <w:p>
      <w:r>
        <w:t>29. Aide : Fais la liste des étapes : nombre d'élèves, prix des entrées, dépense totale, reste à payer, part de chacun. Corrigé : 27 + 25 + 28 = 80 ; 80 × 6 = 480 ; 480 + 640 = 1 120 ; 1 120 − 400 = 720 ; 720 ÷ 80 = 9. Chaque famille paie 9 €.</w:t>
      </w:r>
    </w:p>
    <w:p>
      <w:r>
        <w:t>30. Aide : Cherche d'abord combien de temps Léna a roulé. Corrigé : Léna roule de 14 h 40 à 16 h 10 : 14 h 40 + 1 h 30 min = 16 h 10. 1 h 30 min, c'est 90 minutes, et 90 minutes, c'est 6 fois plus que 15 minutes : Léna parcourt une distance 6 fois plus grande, 3 × 6 = 18. Elle a parcouru 18 km.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Problèmes CM2 : 30 problèmes modifiables</dc:title>
  <dc:subject/>
  <dc:creator>Prépare Mes Cours</dc:creator>
  <cp:keywords/>
  <dc:description>generated by python-docx</dc:description>
  <cp:lastModifiedBy>Prépare Mes Cours</cp:lastModifiedBy>
  <cp:revision>1</cp:revision>
  <dcterms:created xsi:type="dcterms:W3CDTF">2026-10-24T00:00:00Z</dcterms:created>
  <dcterms:modified xsi:type="dcterms:W3CDTF">2026-10-24T00:00:00Z</dcterms:modified>
  <cp:category/>
</cp:coreProperties>
</file>