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Problèmes CE2 : 24 problèmes modifiables</w:t>
      </w:r>
    </w:p>
    <w:p>
      <w:pPr>
        <w:pStyle w:val="Heading1"/>
      </w:pPr>
      <w:r>
        <w:t>Problèmes additifs : parties, transformations et comparaisons</w:t>
      </w:r>
    </w:p>
    <w:p>
      <w:r>
        <w:t>1. Les livres de la bibliothèque : La bibliothèque de l'école possède 1 248 livres de contes et 976 documentaires. Combien de livres y a-t-il en tout ?</w:t>
      </w:r>
    </w:p>
    <w:p>
      <w:r>
        <w:t>2. Le trajet du car : Le car scolaire doit parcourir 1 450 m. Il a déjà roulé 865 m. Quelle distance lui reste-t-il ?</w:t>
      </w:r>
    </w:p>
    <w:p>
      <w:r>
        <w:t>3. La collection de timbres : Hugo avait des timbres. Sa tante lui en donne 138. Il en a maintenant 612. Combien de timbres avait-il avant ?</w:t>
      </w:r>
    </w:p>
    <w:p>
      <w:r>
        <w:t>4. La course des classes : La classe de CE2 a récolté 2 340 bouchons, la classe de CM1 en a récolté 3 015. Combien de bouchons la classe de CM1 a-t-elle récoltés de plus ?</w:t>
      </w:r>
    </w:p>
    <w:p>
      <w:r>
        <w:t>5. Les places du théâtre : Le théâtre a 1 200 places. 947 billets sont vendus. Combien de places sont encore libres ?</w:t>
      </w:r>
    </w:p>
    <w:p>
      <w:r>
        <w:t>6. L'altitude du refuge : Un refuge est à 2 150 m d'altitude. Le sommet est 865 m plus haut que le refuge. À quelle altitude est le sommet ?</w:t>
      </w:r>
    </w:p>
    <w:p>
      <w:pPr>
        <w:pStyle w:val="Heading1"/>
      </w:pPr>
      <w:r>
        <w:t>Multiplication et partage</w:t>
      </w:r>
    </w:p>
    <w:p>
      <w:r>
        <w:t>7. Les boîtes de crayons : Une boîte contient 12 crayons. La maîtresse achète 8 boîtes. Combien de crayons a-t-elle achetés ?</w:t>
      </w:r>
    </w:p>
    <w:p>
      <w:r>
        <w:t>8. Les rangées de chaises : Pour le spectacle, on installe 9 rangées de 25 chaises. Combien de chaises installe-t-on ?</w:t>
      </w:r>
    </w:p>
    <w:p>
      <w:r>
        <w:t>9. Les dictionnaires : La classe achète 6 dictionnaires identiques pour 72 €. Quel est le prix d'un dictionnaire ?</w:t>
      </w:r>
    </w:p>
    <w:p>
      <w:r>
        <w:t>10. Les équipes : 48 élèves forment des équipes de 6. Combien d'équipes y a-t-il ?</w:t>
      </w:r>
    </w:p>
    <w:p>
      <w:r>
        <w:t>11. Les œufs : Une boîte contient 6 œufs. Le cuisinier a besoin de 42 œufs. Combien de boîtes doit-il ouvrir ?</w:t>
      </w:r>
    </w:p>
    <w:p>
      <w:r>
        <w:t>12. Les pages du cahier : Chaque cahier a 96 pages. Combien de pages y a-t-il dans 4 cahiers ?</w:t>
      </w:r>
    </w:p>
    <w:p>
      <w:pPr>
        <w:pStyle w:val="Heading1"/>
      </w:pPr>
      <w:r>
        <w:t>Problèmes en deux étapes</w:t>
      </w:r>
    </w:p>
    <w:p>
      <w:r>
        <w:t>13. Le goûter de la classe : La classe achète 3 paquets de 8 gâteaux et 5 gâteaux vendus à l'unité. Combien de gâteaux a-t-elle ?</w:t>
      </w:r>
    </w:p>
    <w:p>
      <w:r>
        <w:t>14. La sortie au musée : Pour la sortie, il y a 27 élèves et 4 adultes. Un car a 35 places. Combien de places restent libres ?</w:t>
      </w:r>
    </w:p>
    <w:p>
      <w:r>
        <w:t>15. Les billes de Nora : Nora a 150 billes. Elle en donne 35 à Tom et 48 à Lila. Combien lui en reste-t-il ?</w:t>
      </w:r>
    </w:p>
    <w:p>
      <w:r>
        <w:t>16. Les rangées du potager : Dans le potager, on plante 7 rangées de 9 salades. 12 salades sont mangées par les limaces. Combien de salades restent ?</w:t>
      </w:r>
    </w:p>
    <w:p>
      <w:r>
        <w:t>17. Les cartes partagées : Léo a 30 cartes et Sam en a 18. Ils mettent leurs cartes ensemble et les partagent en 6 paquets égaux. Combien de cartes par paquet ?</w:t>
      </w:r>
    </w:p>
    <w:p>
      <w:r>
        <w:t>18. Le tableau de la cantine : Lundi, 186 repas sont servis ; mardi, 24 de plus que lundi. Combien de repas pour les deux jours ?</w:t>
      </w:r>
    </w:p>
    <w:p>
      <w:pPr>
        <w:pStyle w:val="Heading1"/>
      </w:pPr>
      <w:r>
        <w:t>Monnaie, mesures, durées et tableaux</w:t>
      </w:r>
    </w:p>
    <w:p>
      <w:r>
        <w:t>19. Le marché : Zoé achète un livre à 7,50 € et un carnet à 2,30 €. Combien paie-t-elle ?</w:t>
      </w:r>
    </w:p>
    <w:p>
      <w:r>
        <w:t>20. La monnaie : Paul paie un jeu de 13,40 € avec un billet de 20 €. Combien lui rend-on ?</w:t>
      </w:r>
    </w:p>
    <w:p>
      <w:r>
        <w:t>21. Le ruban : Un ruban mesure 3 m. On en coupe 1 m 25 cm. Quelle longueur reste-t-il ?</w:t>
      </w:r>
    </w:p>
    <w:p>
      <w:r>
        <w:t>22. La durée du film : Le film commence à 14 h 35 et dure 1 h 40 min. À quelle heure se termine-t-il ?</w:t>
      </w:r>
    </w:p>
    <w:p>
      <w:r>
        <w:t>23. Le tableau des lectures : Tableau des livres lus en un mois : Lina 7, Noé 4, Inès 9, Adam 5. Combien de livres les quatre enfants ont-ils lus ? Qui en a lu le plus ?</w:t>
      </w:r>
    </w:p>
    <w:p>
      <w:r>
        <w:t>24. La masse des colis : Un colis pèse 2 kg 400 g, un autre 1 kg 750 g. Quelle est la masse totale ?</w:t>
      </w:r>
    </w:p>
    <w:p>
      <w:r>
        <w:br w:type="page"/>
      </w:r>
    </w:p>
    <w:p>
      <w:pPr>
        <w:pStyle w:val="Heading1"/>
      </w:pPr>
      <w:r>
        <w:t>Aides et corrigés (enseignant)</w:t>
      </w:r>
    </w:p>
    <w:p>
      <w:r>
        <w:t>1. Aide : Cherche le tout : les deux parties sont connues. Corrigé : 1 248 + 976 = 2 224. La bibliothèque possède 2 224 livres.</w:t>
      </w:r>
    </w:p>
    <w:p>
      <w:r>
        <w:t>2. Aide : Le trajet entier est le tout ; une partie est faite. Corrigé : 1 450 − 865 = 585. Il reste 585 m.</w:t>
      </w:r>
    </w:p>
    <w:p>
      <w:r>
        <w:t>3. Aide : Dessine une barre : ce qu'il avait, plus 138, fait 612. Corrigé : 612 − 138 = 474. Hugo avait 474 timbres.</w:t>
      </w:r>
    </w:p>
    <w:p>
      <w:r>
        <w:t>4. Aide : Compare deux quantités : cherche l'écart. Corrigé : 3 015 − 2 340 = 675. La classe de CM1 en a récolté 675 de plus.</w:t>
      </w:r>
    </w:p>
    <w:p>
      <w:r>
        <w:t>5. Aide : Le tout est connu, cherche la partie qui manque. Corrigé : 1 200 − 947 = 253. 253 places sont libres.</w:t>
      </w:r>
    </w:p>
    <w:p>
      <w:r>
        <w:t>6. Aide : Plus haut que : on ajoute l'écart. Corrigé : 2 150 + 865 = 3 015. Le sommet est à 3 015 m.</w:t>
      </w:r>
    </w:p>
    <w:p>
      <w:r>
        <w:t>7. Aide : Des boîtes identiques : pense à la multiplication. Corrigé : 8 × 12 = 96. Elle a acheté 96 crayons.</w:t>
      </w:r>
    </w:p>
    <w:p>
      <w:r>
        <w:t>8. Aide : Chaque rangée a le même nombre de chaises. Corrigé : 9 × 25 = 225. On installe 225 chaises.</w:t>
      </w:r>
    </w:p>
    <w:p>
      <w:r>
        <w:t>9. Aide : Dessine une barre de 72 € partagée en 6 parts égales. Corrigé : 72 ÷ 6 = 12. Un dictionnaire coûte 12 €.</w:t>
      </w:r>
    </w:p>
    <w:p>
      <w:r>
        <w:t>10. Aide : Combien de fois 6 dans 48 ? Utilise la table de 6. Corrigé : 48 ÷ 6 = 8. Il y a 8 équipes.</w:t>
      </w:r>
    </w:p>
    <w:p>
      <w:r>
        <w:t>11. Aide : Cherche combien de groupes de 6 font 42. Corrigé : 42 ÷ 6 = 7. Il doit ouvrir 7 boîtes.</w:t>
      </w:r>
    </w:p>
    <w:p>
      <w:r>
        <w:t>12. Aide : Tu peux calculer 4 × 100, puis enlever 4 × 4. Corrigé : 4 × 96 = 384. Il y a 384 pages.</w:t>
      </w:r>
    </w:p>
    <w:p>
      <w:r>
        <w:t>13. Aide : Calcule d'abord les gâteaux des paquets. Corrigé : 3 × 8 = 24 ; 24 + 5 = 29. La classe a 29 gâteaux.</w:t>
      </w:r>
    </w:p>
    <w:p>
      <w:r>
        <w:t>14. Aide : Qui monte dans le car ? Compte tout le monde. Corrigé : 27 + 4 = 31 ; 35 − 31 = 4. Il reste 4 places libres.</w:t>
      </w:r>
    </w:p>
    <w:p>
      <w:r>
        <w:t>15. Aide : Tu peux d'abord calculer tout ce qu'elle donne. Corrigé : 35 + 48 = 83 ; 150 − 83 = 67. Il lui reste 67 billes.</w:t>
      </w:r>
    </w:p>
    <w:p>
      <w:r>
        <w:t>16. Aide : Combien de salades au départ ? Corrigé : 7 × 9 = 63 ; 63 − 12 = 51. Il reste 51 salades.</w:t>
      </w:r>
    </w:p>
    <w:p>
      <w:r>
        <w:t>17. Aide : Réunis d'abord les cartes, puis partage. Corrigé : 30 + 18 = 48 ; 48 ÷ 6 = 8. Chaque paquet contient 8 cartes.</w:t>
      </w:r>
    </w:p>
    <w:p>
      <w:r>
        <w:t>18. Aide : Trouve d'abord le nombre de repas de mardi. Corrigé : 186 + 24 = 210 ; 186 + 210 = 396. 396 repas sont servis en deux jours.</w:t>
      </w:r>
    </w:p>
    <w:p>
      <w:r>
        <w:t>19. Aide : Additionne d'abord les euros, puis les centimes. Corrigé : 7,50 + 2,30 = 9,80. Elle paie 9,80 €.</w:t>
      </w:r>
    </w:p>
    <w:p>
      <w:r>
        <w:t>20. Aide : Complète de 13,40 € jusqu'à 20 €. Corrigé : 20,00 − 13,40 = 6,60. On lui rend 6,60 €.</w:t>
      </w:r>
    </w:p>
    <w:p>
      <w:r>
        <w:t>21. Aide : Convertis d'abord en centimètres. Corrigé : 300 cm − 125 cm = 175 cm. Il reste 175 cm, soit 1 m 75 cm.</w:t>
      </w:r>
    </w:p>
    <w:p>
      <w:r>
        <w:t>22. Aide : Ajoute d'abord l'heure, puis les minutes. Corrigé : 14 h 35 + 1 h = 15 h 35 ; 15 h 35 + 40 min = 16 h 15. Le film se termine à 16 h 15.</w:t>
      </w:r>
    </w:p>
    <w:p>
      <w:r>
        <w:t>23. Aide : Lis chaque case du tableau avant de calculer. Corrigé : 7 + 4 + 9 + 5 = 25. Ils ont lu 25 livres. Inès en a lu le plus (9).</w:t>
      </w:r>
    </w:p>
    <w:p>
      <w:r>
        <w:t>24. Aide : Convertis en grammes pour additionner. Corrigé : 2 400 g + 1 750 g = 4 150 g. La masse totale est 4 150 g, soit 4 kg 150 g.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