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Plan de classe : rangées (tables de deux)</w:t>
      </w:r>
    </w:p>
    <w:p>
      <w:r>
        <w:t>Classe : ________   Salle : ______   Date : ____________        TABLEAU EN HAUT DE LA PAGE</w:t>
      </w:r>
    </w:p>
    <w:tbl>
      <w:tblPr>
        <w:tblStyle w:val="TableGrid"/>
        <w:tblW w:w="14513" w:type="dxa"/>
        <w:jc w:val="center"/>
        <w:tblBorders>
          <w:top w:val="single" w:sz="8" w:space="0" w:color="2B2523"/>
          <w:left w:val="single" w:sz="8" w:space="0" w:color="2B2523"/>
          <w:bottom w:val="single" w:sz="8" w:space="0" w:color="2B2523"/>
          <w:right w:val="single" w:sz="8" w:space="0" w:color="2B2523"/>
          <w:insideH w:val="single" w:sz="8" w:space="0" w:color="2B2523"/>
          <w:insideV w:val="single" w:sz="8" w:space="0" w:color="2B2523"/>
        </w:tblBorders>
        <w:tblLayout w:type="fixed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  <w:gridCol w:w="1814"/>
        <w:gridCol w:w="1814"/>
        <w:gridCol w:w="1814"/>
      </w:tblGrid>
      <w:tr>
        <w:trPr>
          <w:trHeight w:val="907"/>
        </w:trPr>
        <w:tc>
          <w:tcPr>
            <w:tcW w:type="dxa" w:w="1814"/>
          </w:tcPr>
          <w:p>
            <w:r>
              <w:t>1</w:t>
            </w:r>
          </w:p>
        </w:tc>
        <w:tc>
          <w:tcPr>
            <w:tcW w:type="dxa" w:w="1814"/>
          </w:tcPr>
          <w:p>
            <w:r>
              <w:t>2</w:t>
            </w:r>
          </w:p>
        </w:tc>
        <w:tc>
          <w:tcPr>
            <w:tcW w:type="dxa" w:w="1814"/>
          </w:tcPr>
          <w:p>
            <w:r>
              <w:t>3</w:t>
            </w:r>
          </w:p>
        </w:tc>
        <w:tc>
          <w:tcPr>
            <w:tcW w:type="dxa" w:w="1814"/>
          </w:tcPr>
          <w:p>
            <w:r>
              <w:t>4</w:t>
            </w:r>
          </w:p>
        </w:tc>
        <w:tc>
          <w:tcPr>
            <w:tcW w:type="dxa" w:w="1814"/>
          </w:tcPr>
          <w:p>
            <w:r>
              <w:t>5</w:t>
            </w:r>
          </w:p>
        </w:tc>
        <w:tc>
          <w:tcPr>
            <w:tcW w:type="dxa" w:w="1814"/>
          </w:tcPr>
          <w:p>
            <w:r>
              <w:t>6</w:t>
            </w:r>
          </w:p>
        </w:tc>
        <w:tc>
          <w:tcPr>
            <w:tcW w:type="dxa" w:w="1814"/>
          </w:tcPr>
          <w:p>
            <w:r>
              <w:t>7</w:t>
            </w:r>
          </w:p>
        </w:tc>
        <w:tc>
          <w:tcPr>
            <w:tcW w:type="dxa" w:w="1814"/>
          </w:tcPr>
          <w:p>
            <w:r>
              <w:t>8</w:t>
            </w:r>
          </w:p>
        </w:tc>
      </w:tr>
      <w:tr>
        <w:trPr>
          <w:trHeight w:val="907"/>
        </w:trPr>
        <w:tc>
          <w:tcPr>
            <w:tcW w:type="dxa" w:w="1814"/>
          </w:tcPr>
          <w:p>
            <w:r>
              <w:t>9</w:t>
            </w:r>
          </w:p>
        </w:tc>
        <w:tc>
          <w:tcPr>
            <w:tcW w:type="dxa" w:w="1814"/>
          </w:tcPr>
          <w:p>
            <w:r>
              <w:t>10</w:t>
            </w:r>
          </w:p>
        </w:tc>
        <w:tc>
          <w:tcPr>
            <w:tcW w:type="dxa" w:w="1814"/>
          </w:tcPr>
          <w:p>
            <w:r>
              <w:t>11</w:t>
            </w:r>
          </w:p>
        </w:tc>
        <w:tc>
          <w:tcPr>
            <w:tcW w:type="dxa" w:w="1814"/>
          </w:tcPr>
          <w:p>
            <w:r>
              <w:t>12</w:t>
            </w:r>
          </w:p>
        </w:tc>
        <w:tc>
          <w:tcPr>
            <w:tcW w:type="dxa" w:w="1814"/>
          </w:tcPr>
          <w:p>
            <w:r>
              <w:t>13</w:t>
            </w:r>
          </w:p>
        </w:tc>
        <w:tc>
          <w:tcPr>
            <w:tcW w:type="dxa" w:w="1814"/>
          </w:tcPr>
          <w:p>
            <w:r>
              <w:t>14</w:t>
            </w:r>
          </w:p>
        </w:tc>
        <w:tc>
          <w:tcPr>
            <w:tcW w:type="dxa" w:w="1814"/>
          </w:tcPr>
          <w:p>
            <w:r>
              <w:t>15</w:t>
            </w:r>
          </w:p>
        </w:tc>
        <w:tc>
          <w:tcPr>
            <w:tcW w:type="dxa" w:w="1814"/>
          </w:tcPr>
          <w:p>
            <w:r>
              <w:t>16</w:t>
            </w:r>
          </w:p>
        </w:tc>
      </w:tr>
      <w:tr>
        <w:trPr>
          <w:trHeight w:val="907"/>
        </w:trPr>
        <w:tc>
          <w:tcPr>
            <w:tcW w:type="dxa" w:w="1814"/>
          </w:tcPr>
          <w:p>
            <w:r>
              <w:t>17</w:t>
            </w:r>
          </w:p>
        </w:tc>
        <w:tc>
          <w:tcPr>
            <w:tcW w:type="dxa" w:w="1814"/>
          </w:tcPr>
          <w:p>
            <w:r>
              <w:t>18</w:t>
            </w:r>
          </w:p>
        </w:tc>
        <w:tc>
          <w:tcPr>
            <w:tcW w:type="dxa" w:w="1814"/>
          </w:tcPr>
          <w:p>
            <w:r>
              <w:t>19</w:t>
            </w:r>
          </w:p>
        </w:tc>
        <w:tc>
          <w:tcPr>
            <w:tcW w:type="dxa" w:w="1814"/>
          </w:tcPr>
          <w:p>
            <w:r>
              <w:t>20</w:t>
            </w:r>
          </w:p>
        </w:tc>
        <w:tc>
          <w:tcPr>
            <w:tcW w:type="dxa" w:w="1814"/>
          </w:tcPr>
          <w:p>
            <w:r>
              <w:t>21</w:t>
            </w:r>
          </w:p>
        </w:tc>
        <w:tc>
          <w:tcPr>
            <w:tcW w:type="dxa" w:w="1814"/>
          </w:tcPr>
          <w:p>
            <w:r>
              <w:t>22</w:t>
            </w:r>
          </w:p>
        </w:tc>
        <w:tc>
          <w:tcPr>
            <w:tcW w:type="dxa" w:w="1814"/>
          </w:tcPr>
          <w:p>
            <w:r>
              <w:t>23</w:t>
            </w:r>
          </w:p>
        </w:tc>
        <w:tc>
          <w:tcPr>
            <w:tcW w:type="dxa" w:w="1814"/>
          </w:tcPr>
          <w:p>
            <w:r>
              <w:t>24</w:t>
            </w:r>
          </w:p>
        </w:tc>
      </w:tr>
      <w:tr>
        <w:trPr>
          <w:trHeight w:val="907"/>
        </w:trPr>
        <w:tc>
          <w:tcPr>
            <w:tcW w:type="dxa" w:w="1814"/>
          </w:tcPr>
          <w:p>
            <w:r>
              <w:t>25</w:t>
            </w:r>
          </w:p>
        </w:tc>
        <w:tc>
          <w:tcPr>
            <w:tcW w:type="dxa" w:w="1814"/>
          </w:tcPr>
          <w:p>
            <w:r>
              <w:t>26</w:t>
            </w:r>
          </w:p>
        </w:tc>
        <w:tc>
          <w:tcPr>
            <w:tcW w:type="dxa" w:w="1814"/>
          </w:tcPr>
          <w:p>
            <w:r>
              <w:t>27</w:t>
            </w:r>
          </w:p>
        </w:tc>
        <w:tc>
          <w:tcPr>
            <w:tcW w:type="dxa" w:w="1814"/>
          </w:tcPr>
          <w:p>
            <w:r>
              <w:t>28</w:t>
            </w:r>
          </w:p>
        </w:tc>
        <w:tc>
          <w:tcPr>
            <w:tcW w:type="dxa" w:w="1814"/>
          </w:tcPr>
          <w:p>
            <w:r>
              <w:t>29</w:t>
            </w:r>
          </w:p>
        </w:tc>
        <w:tc>
          <w:tcPr>
            <w:tcW w:type="dxa" w:w="1814"/>
          </w:tcPr>
          <w:p>
            <w:r>
              <w:t>30</w:t>
            </w:r>
          </w:p>
        </w:tc>
        <w:tc>
          <w:tcPr>
            <w:tcW w:type="dxa" w:w="1814"/>
          </w:tcPr>
          <w:p>
            <w:r>
              <w:t>31</w:t>
            </w:r>
          </w:p>
        </w:tc>
        <w:tc>
          <w:tcPr>
            <w:tcW w:type="dxa" w:w="1814"/>
          </w:tcPr>
          <w:p>
            <w:r>
              <w:t>32</w:t>
            </w:r>
          </w:p>
        </w:tc>
      </w:tr>
    </w:tbl>
    <w:p>
      <w:r>
        <w:t>Écrivez un prénom par case. Laissez une colonne vide entre deux tables pour figurer les passages si besoin.</w:t>
      </w:r>
    </w:p>
    <w:p>
      <w:r>
        <w:br w:type="page"/>
      </w:r>
    </w:p>
    <w:p>
      <w:r>
        <w:rPr>
          <w:b/>
          <w:sz w:val="32"/>
        </w:rPr>
        <w:t>Plan de classe : îlots de quatre</w:t>
      </w:r>
    </w:p>
    <w:p>
      <w:r>
        <w:t>Classe : ________   Salle : ______   Date : ____________        TABLEAU EN HAUT DE LA PAGE</w:t>
      </w:r>
    </w:p>
    <w:tbl>
      <w:tblPr>
        <w:tblStyle w:val="TableGrid"/>
        <w:tblW w:w="14513" w:type="dxa"/>
        <w:jc w:val="center"/>
        <w:tblBorders>
          <w:top w:val="single" w:sz="8" w:space="0" w:color="2B2523"/>
          <w:left w:val="single" w:sz="8" w:space="0" w:color="2B2523"/>
          <w:bottom w:val="single" w:sz="8" w:space="0" w:color="2B2523"/>
          <w:right w:val="single" w:sz="8" w:space="0" w:color="2B2523"/>
          <w:insideH w:val="single" w:sz="8" w:space="0" w:color="2B2523"/>
          <w:insideV w:val="single" w:sz="8" w:space="0" w:color="2B2523"/>
        </w:tblBorders>
        <w:tblLayout w:type="fixed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  <w:gridCol w:w="1814"/>
        <w:gridCol w:w="1814"/>
        <w:gridCol w:w="1814"/>
      </w:tblGrid>
      <w:tr>
        <w:trPr>
          <w:trHeight w:val="907"/>
        </w:trPr>
        <w:tc>
          <w:tcPr>
            <w:tcW w:type="dxa" w:w="1814"/>
          </w:tcPr>
          <w:p>
            <w:r>
              <w:t>1</w:t>
            </w:r>
          </w:p>
        </w:tc>
        <w:tc>
          <w:tcPr>
            <w:tcW w:type="dxa" w:w="1814"/>
          </w:tcPr>
          <w:p>
            <w:r>
              <w:t>2</w:t>
            </w:r>
          </w:p>
        </w:tc>
        <w:tc>
          <w:tcPr>
            <w:tcW w:type="dxa" w:w="1814"/>
          </w:tcPr>
          <w:p>
            <w:r>
              <w:t>3</w:t>
            </w:r>
          </w:p>
        </w:tc>
        <w:tc>
          <w:tcPr>
            <w:tcW w:type="dxa" w:w="1814"/>
          </w:tcPr>
          <w:p>
            <w:r>
              <w:t>4</w:t>
            </w:r>
          </w:p>
        </w:tc>
        <w:tc>
          <w:tcPr>
            <w:tcW w:type="dxa" w:w="1814"/>
          </w:tcPr>
          <w:p>
            <w:r>
              <w:t>5</w:t>
            </w:r>
          </w:p>
        </w:tc>
        <w:tc>
          <w:tcPr>
            <w:tcW w:type="dxa" w:w="1814"/>
          </w:tcPr>
          <w:p>
            <w:r>
              <w:t>6</w:t>
            </w:r>
          </w:p>
        </w:tc>
        <w:tc>
          <w:tcPr>
            <w:tcW w:type="dxa" w:w="1814"/>
          </w:tcPr>
          <w:p>
            <w:r>
              <w:t>7</w:t>
            </w:r>
          </w:p>
        </w:tc>
        <w:tc>
          <w:tcPr>
            <w:tcW w:type="dxa" w:w="1814"/>
          </w:tcPr>
          <w:p>
            <w:r>
              <w:t>8</w:t>
            </w:r>
          </w:p>
        </w:tc>
      </w:tr>
      <w:tr>
        <w:trPr>
          <w:trHeight w:val="907"/>
        </w:trPr>
        <w:tc>
          <w:tcPr>
            <w:tcW w:type="dxa" w:w="1814"/>
          </w:tcPr>
          <w:p>
            <w:r>
              <w:t>9</w:t>
            </w:r>
          </w:p>
        </w:tc>
        <w:tc>
          <w:tcPr>
            <w:tcW w:type="dxa" w:w="1814"/>
          </w:tcPr>
          <w:p>
            <w:r>
              <w:t>10</w:t>
            </w:r>
          </w:p>
        </w:tc>
        <w:tc>
          <w:tcPr>
            <w:tcW w:type="dxa" w:w="1814"/>
          </w:tcPr>
          <w:p>
            <w:r>
              <w:t>11</w:t>
            </w:r>
          </w:p>
        </w:tc>
        <w:tc>
          <w:tcPr>
            <w:tcW w:type="dxa" w:w="1814"/>
          </w:tcPr>
          <w:p>
            <w:r>
              <w:t>12</w:t>
            </w:r>
          </w:p>
        </w:tc>
        <w:tc>
          <w:tcPr>
            <w:tcW w:type="dxa" w:w="1814"/>
          </w:tcPr>
          <w:p>
            <w:r>
              <w:t>13</w:t>
            </w:r>
          </w:p>
        </w:tc>
        <w:tc>
          <w:tcPr>
            <w:tcW w:type="dxa" w:w="1814"/>
          </w:tcPr>
          <w:p>
            <w:r>
              <w:t>14</w:t>
            </w:r>
          </w:p>
        </w:tc>
        <w:tc>
          <w:tcPr>
            <w:tcW w:type="dxa" w:w="1814"/>
          </w:tcPr>
          <w:p>
            <w:r>
              <w:t>15</w:t>
            </w:r>
          </w:p>
        </w:tc>
        <w:tc>
          <w:tcPr>
            <w:tcW w:type="dxa" w:w="1814"/>
          </w:tcPr>
          <w:p>
            <w:r>
              <w:t>16</w:t>
            </w:r>
          </w:p>
        </w:tc>
      </w:tr>
      <w:tr>
        <w:trPr>
          <w:trHeight w:val="907"/>
        </w:trPr>
        <w:tc>
          <w:tcPr>
            <w:tcW w:type="dxa" w:w="1814"/>
          </w:tcPr>
          <w:p>
            <w:r>
              <w:t>17</w:t>
            </w:r>
          </w:p>
        </w:tc>
        <w:tc>
          <w:tcPr>
            <w:tcW w:type="dxa" w:w="1814"/>
          </w:tcPr>
          <w:p>
            <w:r>
              <w:t>18</w:t>
            </w:r>
          </w:p>
        </w:tc>
        <w:tc>
          <w:tcPr>
            <w:tcW w:type="dxa" w:w="1814"/>
          </w:tcPr>
          <w:p>
            <w:r>
              <w:t>19</w:t>
            </w:r>
          </w:p>
        </w:tc>
        <w:tc>
          <w:tcPr>
            <w:tcW w:type="dxa" w:w="1814"/>
          </w:tcPr>
          <w:p>
            <w:r>
              <w:t>20</w:t>
            </w:r>
          </w:p>
        </w:tc>
        <w:tc>
          <w:tcPr>
            <w:tcW w:type="dxa" w:w="1814"/>
          </w:tcPr>
          <w:p>
            <w:r>
              <w:t>21</w:t>
            </w:r>
          </w:p>
        </w:tc>
        <w:tc>
          <w:tcPr>
            <w:tcW w:type="dxa" w:w="1814"/>
          </w:tcPr>
          <w:p>
            <w:r>
              <w:t>22</w:t>
            </w:r>
          </w:p>
        </w:tc>
        <w:tc>
          <w:tcPr>
            <w:tcW w:type="dxa" w:w="1814"/>
          </w:tcPr>
          <w:p>
            <w:r>
              <w:t>23</w:t>
            </w:r>
          </w:p>
        </w:tc>
        <w:tc>
          <w:tcPr>
            <w:tcW w:type="dxa" w:w="1814"/>
          </w:tcPr>
          <w:p>
            <w:r>
              <w:t>24</w:t>
            </w:r>
          </w:p>
        </w:tc>
      </w:tr>
      <w:tr>
        <w:trPr>
          <w:trHeight w:val="907"/>
        </w:trPr>
        <w:tc>
          <w:tcPr>
            <w:tcW w:type="dxa" w:w="1814"/>
          </w:tcPr>
          <w:p>
            <w:r>
              <w:t>25</w:t>
            </w:r>
          </w:p>
        </w:tc>
        <w:tc>
          <w:tcPr>
            <w:tcW w:type="dxa" w:w="1814"/>
          </w:tcPr>
          <w:p>
            <w:r>
              <w:t>26</w:t>
            </w:r>
          </w:p>
        </w:tc>
        <w:tc>
          <w:tcPr>
            <w:tcW w:type="dxa" w:w="1814"/>
          </w:tcPr>
          <w:p>
            <w:r>
              <w:t>27</w:t>
            </w:r>
          </w:p>
        </w:tc>
        <w:tc>
          <w:tcPr>
            <w:tcW w:type="dxa" w:w="1814"/>
          </w:tcPr>
          <w:p>
            <w:r>
              <w:t>28</w:t>
            </w:r>
          </w:p>
        </w:tc>
        <w:tc>
          <w:tcPr>
            <w:tcW w:type="dxa" w:w="1814"/>
          </w:tcPr>
          <w:p>
            <w:r>
              <w:t>29</w:t>
            </w:r>
          </w:p>
        </w:tc>
        <w:tc>
          <w:tcPr>
            <w:tcW w:type="dxa" w:w="1814"/>
          </w:tcPr>
          <w:p>
            <w:r>
              <w:t>30</w:t>
            </w:r>
          </w:p>
        </w:tc>
        <w:tc>
          <w:tcPr>
            <w:tcW w:type="dxa" w:w="1814"/>
          </w:tcPr>
          <w:p>
            <w:r>
              <w:t>31</w:t>
            </w:r>
          </w:p>
        </w:tc>
        <w:tc>
          <w:tcPr>
            <w:tcW w:type="dxa" w:w="1814"/>
          </w:tcPr>
          <w:p>
            <w:r>
              <w:t>32</w:t>
            </w:r>
          </w:p>
        </w:tc>
      </w:tr>
    </w:tbl>
    <w:p>
      <w:r>
        <w:t>Écrivez un prénom par case. Laissez une colonne vide entre deux tables pour figurer les passages si besoin.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classe modifiable</dc:title>
  <dc:subject/>
  <dc:creator>Prépare Mes Cours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