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 homonymes : leçon et exercices (CM1-CM2)</w:t>
      </w:r>
    </w:p>
    <w:p>
      <w:pPr>
        <w:pStyle w:val="Heading2"/>
      </w:pPr>
      <w:r>
        <w:t>Des homonymes, c’est quoi ?</w:t>
      </w:r>
    </w:p>
    <w:p>
      <w:r>
        <w:t>Les homonymes sont des mots qui se prononcent de la même façon mais qui n’ont pas le même sens. Souvent, ils ne s’écrivent pas non plus de la même façon : ce sont des homophones (vert, verre, ver, vers). Quelques-uns s’écrivent pareil : ce sont des homographes (un avocat qui plaide et un avocat à manger).</w:t>
      </w:r>
    </w:p>
    <w:p>
      <w:pPr>
        <w:pStyle w:val="Heading2"/>
      </w:pPr>
      <w:r>
        <w:t>Comment choisir la bonne orthographe ?</w:t>
      </w:r>
    </w:p>
    <w:p>
      <w:r>
        <w:t>Le sens de la phrase et le contexte indiquent le mot qui convient. Quand on hésite, on cherche le sens dans le dictionnaire ou on remplace le mot par un autre mot de même sens.</w:t>
      </w:r>
    </w:p>
    <w:p>
      <w:pPr>
        <w:pStyle w:val="Heading2"/>
      </w:pPr>
      <w:r>
        <w:t>Les homophones grammaticaux</w:t>
      </w:r>
    </w:p>
    <w:p>
      <w:r>
        <w:t>Certains petits mots se prononcent pareil mais n’ont pas la même nature. Un test de remplacement permet de choisir :</w:t>
      </w:r>
    </w:p>
    <w:p>
      <w:r>
        <w:rPr>
          <w:b/>
        </w:rPr>
        <w:t xml:space="preserve">a / à : </w:t>
      </w:r>
      <w:r>
        <w:t>a est le verbe avoir : on peut le remplacer par « avait ». à est une préposition. Exemples : Il a faim. (Il avait faim.) · Il va à l’école.</w:t>
      </w:r>
    </w:p>
    <w:p>
      <w:r>
        <w:rPr>
          <w:b/>
        </w:rPr>
        <w:t xml:space="preserve">et / est : </w:t>
      </w:r>
      <w:r>
        <w:t>est est le verbe être : on peut le remplacer par « était ». et relie deux mots ou deux groupes : on peut dire « et puis ». Exemples : Le ciel est bleu. · Du pain et du beurre.</w:t>
      </w:r>
    </w:p>
    <w:p>
      <w:r>
        <w:rPr>
          <w:b/>
        </w:rPr>
        <w:t xml:space="preserve">son / sont : </w:t>
      </w:r>
      <w:r>
        <w:t>sont est le verbe être : on peut le remplacer par « étaient ». son est un déterminant : on peut dire « mon ». Exemples : Ils sont prêts. · Il range son cartable.</w:t>
      </w:r>
    </w:p>
    <w:p>
      <w:r>
        <w:rPr>
          <w:b/>
        </w:rPr>
        <w:t xml:space="preserve">on / ont : </w:t>
      </w:r>
      <w:r>
        <w:t>ont est le verbe avoir : on peut le remplacer par « avaient ». on est un pronom : on peut dire « il ». Exemples : Ils ont gagné. · On part demain.</w:t>
      </w:r>
    </w:p>
    <w:p>
      <w:r>
        <w:rPr>
          <w:b/>
        </w:rPr>
        <w:t xml:space="preserve">ces / ses : </w:t>
      </w:r>
      <w:r>
        <w:t>ses veut dire « les siens, les siennes » : on peut dire « mes ». ces montre : on peut dire « ces … -là ». Exemples : Elle prend ses clés. · Regarde ces nuages.</w:t>
      </w:r>
    </w:p>
    <w:p>
      <w:r>
        <w:rPr>
          <w:b/>
        </w:rPr>
        <w:t xml:space="preserve">ou / où : </w:t>
      </w:r>
      <w:r>
        <w:t>ou veut dire « ou bien ». où indique le lieu ou le moment. Exemples : Du thé ou du lait ? · Où vas-tu ?</w:t>
      </w:r>
    </w:p>
    <w:p>
      <w:pPr>
        <w:pStyle w:val="Heading1"/>
      </w:pPr>
      <w:r>
        <w:t>1. Complète avec le bon homonyme.</w:t>
      </w:r>
    </w:p>
    <w:p>
      <w:r>
        <w:t>1. Julie boit un ________ de jus d’orange.  (vert · verre · ver)</w:t>
      </w:r>
    </w:p>
    <w:p>
      <w:r>
        <w:t>2. Le pré est tout ________ au printemps.  (vert · verre · ver)</w:t>
      </w:r>
    </w:p>
    <w:p>
      <w:r>
        <w:t>3. Un ________ de terre sort du sol après la pluie.  (vert · verre · ver)</w:t>
      </w:r>
    </w:p>
    <w:p>
      <w:r>
        <w:t>4. Le ________ inaugure la nouvelle bibliothèque.  (mer · mère · maire)</w:t>
      </w:r>
    </w:p>
    <w:p>
      <w:r>
        <w:t>5. Nous nous baignons dans la ________.  (mer · mère · maire)</w:t>
      </w:r>
    </w:p>
    <w:p>
      <w:r>
        <w:t>6. Un écureuil grimpe dans le ________.  (pain · pin)</w:t>
      </w:r>
    </w:p>
    <w:p>
      <w:r>
        <w:t>7. Il est sorti ________ son manteau.  (sang · cent · sans)</w:t>
      </w:r>
    </w:p>
    <w:p>
      <w:r>
        <w:t>8. Ce livre coûte ________ euros.  (sang · cent · sans)</w:t>
      </w:r>
    </w:p>
    <w:p>
      <w:r>
        <w:t>9. La girafe a un très long ________.  (cou · coup · coût)</w:t>
      </w:r>
    </w:p>
    <w:p>
      <w:r>
        <w:t>10. Le ________ du voyage est élevé.  (cou · coup · coût)</w:t>
      </w:r>
    </w:p>
    <w:p>
      <w:pPr>
        <w:pStyle w:val="Heading1"/>
      </w:pPr>
      <w:r>
        <w:t>2. Choisis entre les deux mots.</w:t>
      </w:r>
    </w:p>
    <w:p>
      <w:r>
        <w:t>1. Léa ________ oublié son parapluie.  (a · à)</w:t>
      </w:r>
    </w:p>
    <w:p>
      <w:r>
        <w:t>2. Nous allons ________ la piscine.  (a · à)</w:t>
      </w:r>
    </w:p>
    <w:p>
      <w:r>
        <w:t>3. Le chat ________ endormi sur le canapé.  (et · est)</w:t>
      </w:r>
    </w:p>
    <w:p>
      <w:r>
        <w:t>4. J’ai acheté des pommes ________ des poires.  (et · est)</w:t>
      </w:r>
    </w:p>
    <w:p>
      <w:r>
        <w:t>5. Les élèves ________ dans la cour.  (son · sont)</w:t>
      </w:r>
    </w:p>
    <w:p>
      <w:r>
        <w:t>6. Tom promène ________ chien.  (son · sont)</w:t>
      </w:r>
    </w:p>
    <w:p>
      <w:r>
        <w:t>7. Mes cousins ________ un grand jardin.  (on · ont)</w:t>
      </w:r>
    </w:p>
    <w:p>
      <w:r>
        <w:t>8. Ce soir, ________ regarde un film.  (on · ont)</w:t>
      </w:r>
    </w:p>
    <w:p>
      <w:r>
        <w:t>9. Paul range ________ affaires dans son sac.  (ces · ses)</w:t>
      </w:r>
    </w:p>
    <w:p>
      <w:r>
        <w:t>10. ________ as-tu posé les clés ?  (ou · où)</w:t>
      </w:r>
    </w:p>
    <w:p>
      <w:pPr>
        <w:pStyle w:val="Heading1"/>
      </w:pPr>
      <w:r>
        <w:t>3. Écris une phrase avec chaque mot.</w:t>
      </w:r>
    </w:p>
    <w:p>
      <w:r>
        <w:t>sel / selle</w:t>
      </w:r>
    </w:p>
    <w:p>
      <w:r>
        <w:t>____________________________________________________________</w:t>
      </w:r>
    </w:p>
    <w:p>
      <w:r>
        <w:t>____________________________________________________________</w:t>
      </w:r>
    </w:p>
    <w:p>
      <w:r>
        <w:t>chant / champ</w:t>
      </w:r>
    </w:p>
    <w:p>
      <w:r>
        <w:t>____________________________________________________________</w:t>
      </w:r>
    </w:p>
    <w:p>
      <w:r>
        <w:t>____________________________________________________________</w:t>
      </w:r>
    </w:p>
    <w:p>
      <w:r>
        <w:t>conte / compte</w:t>
      </w:r>
    </w:p>
    <w:p>
      <w:r>
        <w:t>____________________________________________________________</w:t>
      </w:r>
    </w:p>
    <w:p>
      <w:r>
        <w:t>____________________________________________________________</w:t>
      </w:r>
    </w:p>
    <w:p>
      <w:r>
        <w:br w:type="page"/>
      </w:r>
    </w:p>
    <w:p>
      <w:pPr>
        <w:pStyle w:val="Heading1"/>
      </w:pPr>
      <w:r>
        <w:t>Corrigé</w:t>
      </w:r>
    </w:p>
    <w:p>
      <w:r>
        <w:t>Exercice 1 : 1. verre · 2. vert · 3. ver · 4. maire · 5. mer · 6. pin · 7. sans · 8. cent · 9. cou · 10. coût</w:t>
      </w:r>
    </w:p>
    <w:p>
      <w:r>
        <w:t>Exercice 2 : 1. a · 2. à · 3. est · 4. et · 5. sont · 6. son · 7. ont · 8. on · 9. ses · 10. Où</w:t>
      </w:r>
    </w:p>
    <w:p>
      <w:r>
        <w:t>Exercice 3, réponses possibles : Il ajoute du sel dans la soupe. · Le cavalier ajuste la selle de son cheval. / Le chant des oiseaux me réveille. · Les vaches broutent dans le champ. / Grand-père lit un conte. · Je compte jusqu’à cent.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Homonymes CM1-CM2</dc:title>
  <dc:subject/>
  <dc:creator>Prépare Mes Cours</dc:creator>
  <cp:keywords/>
  <dc:description>generated by python-docx</dc:description>
  <cp:lastModifiedBy/>
  <cp:revision>1</cp:revision>
  <dcterms:created xsi:type="dcterms:W3CDTF">2013-12-23T23:15:00Z</dcterms:created>
  <dcterms:modified xsi:type="dcterms:W3CDTF">2013-12-23T23:15:00Z</dcterms:modified>
  <cp:category/>
</cp:coreProperties>
</file>