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Fractions CM2 : quatre fiches et une évaluation modifiables</w:t>
      </w:r>
    </w:p>
    <w:p>
      <w:pPr>
        <w:pStyle w:val="Heading1"/>
      </w:pPr>
      <w:r>
        <w:t>Fiche 1 : écrire, décomposer, encadrer et placer des fractions</w:t>
      </w:r>
    </w:p>
    <w:p>
      <w:r>
        <w:t>Exercice 1. Une bande est partagée en 12 parts égales. Sept parts sont coloriées. Écris la fraction de la bande qui est coloriée, puis celle qui ne l'est pas.</w:t>
      </w:r>
    </w:p>
    <w:p>
      <w:r>
        <w:t>Exercice 2. Écris en chiffres : sept quinzièmes ; onze sixièmes ; vingt-trois cinquantièmes.</w:t>
      </w:r>
    </w:p>
    <w:p>
      <w:r>
        <w:t>Exercice 3. Écris en lettres : 5/24 ; 13/40 ; 9/60.</w:t>
      </w:r>
    </w:p>
    <w:p>
      <w:r>
        <w:t>Exercice 4. Écris 17/5 comme la somme d'un entier et d'une fraction inférieure à 1.</w:t>
      </w:r>
    </w:p>
    <w:p>
      <w:r>
        <w:t>Exercice 5. Écris 4 + 3/7 comme une seule fraction.</w:t>
      </w:r>
    </w:p>
    <w:p>
      <w:r>
        <w:t>Exercice 6. Encadre chaque fraction entre deux entiers consécutifs : 23/6 ; 41/10 ; 50/12.</w:t>
      </w:r>
    </w:p>
    <w:p>
      <w:r>
        <w:t>Exercice 7. Trace une demi-droite graduée de 0 à 3, chaque unité étant partagée en cinquièmes. Place 7/5 et 2 + 3/5.</w:t>
      </w:r>
    </w:p>
    <w:p>
      <w:r>
        <w:t>Exercice 8. Sur une demi-droite graduée en huitièmes, le point A se trouve sur la cinquième graduation après 2. Écris son repère de deux façons : avec un entier et une fraction, puis avec une seule fraction.</w:t>
      </w:r>
    </w:p>
    <w:p>
      <w:pPr>
        <w:pStyle w:val="Heading1"/>
      </w:pPr>
      <w:r>
        <w:t>Fiche 2 : comparer, additionner, soustraire et multiplier par un entier</w:t>
      </w:r>
    </w:p>
    <w:p>
      <w:r>
        <w:t>Exercice 9. Compare avec &lt;, &gt; ou = : 7/9 ... 5/9 ; 3/10 ... 3/7 ; 12/11 ... 1.</w:t>
      </w:r>
    </w:p>
    <w:p>
      <w:r>
        <w:t>Exercice 10. Complète : 2/3 = .../12 ; 3/4 = .../20 ; 5/6 = 30/...</w:t>
      </w:r>
    </w:p>
    <w:p>
      <w:r>
        <w:t>Exercice 11. Compare 3/4 et 7/12. Commence par écrire 3/4 en douzièmes.</w:t>
      </w:r>
    </w:p>
    <w:p>
      <w:r>
        <w:t>Exercice 12. Range dans l'ordre croissant : 5/6 ; 2/3 ; 7/12 ; 1.</w:t>
      </w:r>
    </w:p>
    <w:p>
      <w:r>
        <w:t>Exercice 13. Calcule 4/15 + 7/15, puis 19/20 - 6/20.</w:t>
      </w:r>
    </w:p>
    <w:p>
      <w:r>
        <w:t>Exercice 14. Calcule 1/2 + 3/8. Dessine une bande partagée en 8 parts égales pour vérifier.</w:t>
      </w:r>
    </w:p>
    <w:p>
      <w:r>
        <w:t>Exercice 15. Calcule 5/6 - 1/3, puis 2/5 + 7/10. Écris le second résultat comme la somme d'un entier et d'une fraction inférieure à 1.</w:t>
      </w:r>
    </w:p>
    <w:p>
      <w:r>
        <w:t>Exercice 16. Calcule 4 × 2/9, puis 3 × 5/6. Écris le second résultat comme la somme d'un entier et d'une fraction inférieure à 1.</w:t>
      </w:r>
    </w:p>
    <w:p>
      <w:pPr>
        <w:pStyle w:val="Heading1"/>
      </w:pPr>
      <w:r>
        <w:t>Fiche 3 : calculer une fraction d'une quantité ou d'une grandeur</w:t>
      </w:r>
    </w:p>
    <w:p>
      <w:r>
        <w:t>Exercice 17. Calcule les deux tiers de 15 €.</w:t>
      </w:r>
    </w:p>
    <w:p>
      <w:r>
        <w:t>Exercice 18. Calcule les trois quarts de 60 mètres.</w:t>
      </w:r>
    </w:p>
    <w:p>
      <w:r>
        <w:t>Exercice 19. Calcule les 5/6 de 42 billes.</w:t>
      </w:r>
    </w:p>
    <w:p>
      <w:r>
        <w:t>Exercice 20. Calcule les 7/10 de 250 grammes.</w:t>
      </w:r>
    </w:p>
    <w:p>
      <w:r>
        <w:t>Exercice 21. Dans une classe de 28 élèves, les 3/7 pratiquent le football. Combien d'élèves pratiquent le football ?</w:t>
      </w:r>
    </w:p>
    <w:p>
      <w:r>
        <w:t>Exercice 22. Un trajet mesure 45 km. Les 4/9 se font à vélo, le reste à pied. Quelle distance est parcourue à pied ?</w:t>
      </w:r>
    </w:p>
    <w:p>
      <w:r>
        <w:t>Exercice 23. La bibliothèque de la classe compte 60 livres. Les 2/5 sont des romans, un quart sont des documentaires et les autres sont des bandes dessinées. Combien y a-t-il de livres de chaque sorte ?</w:t>
      </w:r>
    </w:p>
    <w:p>
      <w:r>
        <w:t>Exercice 24. Une heure dure 60 minutes. Combien de minutes y a-t-il dans 3/4 d'heure ? Et dans 5/12 d'heure ?</w:t>
      </w:r>
    </w:p>
    <w:p>
      <w:pPr>
        <w:pStyle w:val="Heading1"/>
      </w:pPr>
      <w:r>
        <w:t>Fiche 4 : fractions décimales et nombres décimaux jusqu'aux millièmes</w:t>
      </w:r>
    </w:p>
    <w:p>
      <w:r>
        <w:t>Exercice 25. Complète : 1/10 = .../1 000 ; 1/100 = .../1 000 ; 400/1 000 = .../10.</w:t>
      </w:r>
    </w:p>
    <w:p>
      <w:r>
        <w:t>Exercice 26. Écris sous la forme d'une fraction décimale : sept millièmes ; quarante-deux millièmes ; trois cent cinq millièmes.</w:t>
      </w:r>
    </w:p>
    <w:p>
      <w:r>
        <w:t>Exercice 27. Décompose 2 486/1 000 sous la forme d'un entier, de dixièmes, de centièmes et de millièmes.</w:t>
      </w:r>
    </w:p>
    <w:p>
      <w:r>
        <w:t>Exercice 28. Écris avec une virgule : 3 + 5/10 + 2/100 + 9/1 000 ; 47/1 000 ; 1 208/1 000.</w:t>
      </w:r>
    </w:p>
    <w:p>
      <w:r>
        <w:t>Exercice 29. Écris sous la forme d'une fraction décimale : 0,6 ; 2,35 ; 0,075.</w:t>
      </w:r>
    </w:p>
    <w:p>
      <w:r>
        <w:t>Exercice 30. Compare avec &lt;, &gt; ou = : 0,7 ... 0,65 ; 3/10 ... 300/1 000 ; 0,409 ... 0,49.</w:t>
      </w:r>
    </w:p>
    <w:p>
      <w:r>
        <w:t>Exercice 31. Range dans l'ordre croissant : 0,25 ; 0,205 ; 0,3 ; 0,052.</w:t>
      </w:r>
    </w:p>
    <w:p>
      <w:r>
        <w:t>Exercice 32. Calcule 3/10 + 45/100 + 6/1 000. Écris le résultat sous la forme d'une fraction décimale, puis avec une virgule.</w:t>
      </w:r>
    </w:p>
    <w:p>
      <w:pPr>
        <w:pStyle w:val="Heading1"/>
      </w:pPr>
      <w:r>
        <w:t>Évaluation fractions CM2</w:t>
      </w:r>
    </w:p>
    <w:p>
      <w:r>
        <w:t>Prénom : ______________   Date : __________</w:t>
      </w:r>
    </w:p>
    <w:p>
      <w:r>
        <w:t>1. Écris en chiffres : neuf vingtièmes. Écris en lettres : 31/12.</w:t>
      </w:r>
    </w:p>
    <w:p>
      <w:r>
        <w:t>2. Écris 47/6 comme la somme d'un entier et d'une fraction inférieure à 1.</w:t>
      </w:r>
    </w:p>
    <w:p>
      <w:r>
        <w:t>3. Écris 5 + 4/9 comme une seule fraction.</w:t>
      </w:r>
    </w:p>
    <w:p>
      <w:r>
        <w:t>4. Encadre 38/7 entre deux nombres entiers consécutifs.</w:t>
      </w:r>
    </w:p>
    <w:p>
      <w:r>
        <w:t>5. Compare avec &lt;, &gt; ou = : 5/8 ... 11/16, puis 4/5 ... 4/9.</w:t>
      </w:r>
    </w:p>
    <w:p>
      <w:r>
        <w:t>6. Une demi-droite est graduée en sixièmes. Où se place 1 + 5/6 ?</w:t>
      </w:r>
    </w:p>
    <w:p>
      <w:r>
        <w:t>7. Calcule 7/12 + 1/4, puis 9/10 - 2/5.</w:t>
      </w:r>
    </w:p>
    <w:p>
      <w:r>
        <w:t>8. Calcule 5 × 3/8. Écris le résultat comme la somme d'un entier et d'une fraction inférieure à 1.</w:t>
      </w:r>
    </w:p>
    <w:p>
      <w:r>
        <w:t>9. Calcule les 3/5 de 40 €.</w:t>
      </w:r>
    </w:p>
    <w:p>
      <w:r>
        <w:t>10. Écris 2,047 comme la somme d'un entier et de fractions décimales de numérateur inférieur à 10, puis range dans l'ordre croissant : 2,047 ; 2,4 ; 2,07.</w:t>
      </w:r>
    </w:p>
    <w:p>
      <w:r>
        <w:br w:type="page"/>
      </w:r>
    </w:p>
    <w:p>
      <w:pPr>
        <w:pStyle w:val="Heading1"/>
      </w:pPr>
      <w:r>
        <w:t>Corrigés (enseignant)</w:t>
      </w:r>
    </w:p>
    <w:p>
      <w:r>
        <w:t>Correction 1. La partie coloriée représente 7/12 de la bande. La partie non coloriée représente 5/12, car 12/12 - 7/12 = 5/12.</w:t>
      </w:r>
    </w:p>
    <w:p>
      <w:r>
        <w:t>Correction 2. 7/15 ; 11/6 ; 23/50.</w:t>
      </w:r>
    </w:p>
    <w:p>
      <w:r>
        <w:t>Correction 3. Cinq vingt-quatrièmes ; treize quarantièmes ; neuf soixantièmes.</w:t>
      </w:r>
    </w:p>
    <w:p>
      <w:r>
        <w:t>Correction 4. 17/5 = 3 + 2/5, car 15/5 = 3.</w:t>
      </w:r>
    </w:p>
    <w:p>
      <w:r>
        <w:t>Correction 5. 4 + 3/7 = 28/7 + 3/7 = 31/7, car 4 = 28/7.</w:t>
      </w:r>
    </w:p>
    <w:p>
      <w:r>
        <w:t>Correction 6. 3 &lt; 23/6 &lt; 4, car 18/6 = 3 et 24/6 = 4. Ensuite 4 &lt; 41/10 &lt; 5, car 40/10 = 4 et 50/10 = 5. Enfin 4 &lt; 50/12 &lt; 5, car 48/12 = 4 et 60/12 = 5.</w:t>
      </w:r>
    </w:p>
    <w:p>
      <w:r>
        <w:t>Correction 7. 7/5 = 1 + 2/5 : le point se place sur la deuxième graduation après 1. Ensuite 2 + 3/5 = 13/5 : le point se place sur la troisième graduation après 2.</w:t>
      </w:r>
    </w:p>
    <w:p>
      <w:r>
        <w:t>Correction 8. Le point A est repéré par 2 + 5/8, ou par 21/8, car 2 = 16/8 et 16/8 + 5/8 = 21/8.</w:t>
      </w:r>
    </w:p>
    <w:p>
      <w:r>
        <w:t>Correction 9. 7/9 &gt; 5/9 ; 3/10 &lt; 3/7, car un dixième est plus petit qu'un septième ; 12/11 &gt; 1, car 11/11 = 1.</w:t>
      </w:r>
    </w:p>
    <w:p>
      <w:r>
        <w:t>Correction 10. 2/3 = 8/12 ; 3/4 = 15/20 ; 5/6 = 30/36.</w:t>
      </w:r>
    </w:p>
    <w:p>
      <w:r>
        <w:t>Correction 11. 3/4 = 9/12, donc 3/4 &gt; 7/12.</w:t>
      </w:r>
    </w:p>
    <w:p>
      <w:r>
        <w:t>Correction 12. 2/3 = 8/12 et 5/6 = 10/12, donc 7/12 &lt; 2/3 &lt; 5/6 &lt; 1.</w:t>
      </w:r>
    </w:p>
    <w:p>
      <w:r>
        <w:t>Correction 13. 4/15 + 7/15 = 11/15 et 19/20 - 6/20 = 13/20.</w:t>
      </w:r>
    </w:p>
    <w:p>
      <w:r>
        <w:t>Correction 14. 1/2 = 4/8, donc 1/2 + 3/8 = 4/8 + 3/8 = 7/8.</w:t>
      </w:r>
    </w:p>
    <w:p>
      <w:r>
        <w:t>Correction 15. 1/3 = 2/6, donc 5/6 - 1/3 = 5/6 - 2/6 = 3/6. Ensuite 2/5 = 4/10, donc 2/5 + 7/10 = 4/10 + 7/10 = 11/10 = 1 + 1/10.</w:t>
      </w:r>
    </w:p>
    <w:p>
      <w:r>
        <w:t>Correction 16. 4 × 2/9 = 8/9 : quatre fois deux neuvièmes font huit neuvièmes. Ensuite 3 × 5/6 = 15/6 = 2 + 3/6, car 12/6 = 2.</w:t>
      </w:r>
    </w:p>
    <w:p>
      <w:r>
        <w:t>Correction 17. Un tiers de 15 € : 15 ÷ 3 = 5 €. Deux tiers : 5 × 2 = 10 €.</w:t>
      </w:r>
    </w:p>
    <w:p>
      <w:r>
        <w:t>Correction 18. Un quart de 60 m : 60 ÷ 4 = 15 m. Trois quarts : 15 × 3 = 45 m.</w:t>
      </w:r>
    </w:p>
    <w:p>
      <w:r>
        <w:t>Correction 19. 42 ÷ 6 = 7, puis 7 × 5 = 35 billes.</w:t>
      </w:r>
    </w:p>
    <w:p>
      <w:r>
        <w:t>Correction 20. 250 ÷ 10 = 25, puis 25 × 7 = 175 grammes.</w:t>
      </w:r>
    </w:p>
    <w:p>
      <w:r>
        <w:t>Correction 21. 28 ÷ 7 = 4, puis 4 × 3 = 12 élèves pratiquent le football.</w:t>
      </w:r>
    </w:p>
    <w:p>
      <w:r>
        <w:t>Correction 22. À vélo : 45 ÷ 9 = 5, puis 5 × 4 = 20 km. À pied : 45 - 20 = 25 km.</w:t>
      </w:r>
    </w:p>
    <w:p>
      <w:r>
        <w:t>Correction 23. Romans : 60 ÷ 5 = 12, puis 12 × 2 = 24. Documentaires : 60 ÷ 4 = 15. Bandes dessinées : 60 - 24 - 15 = 21. Vérification : 24 + 15 + 21 = 60.</w:t>
      </w:r>
    </w:p>
    <w:p>
      <w:r>
        <w:t>Correction 24. Trois quarts d'heure : 60 ÷ 4 = 15, puis 15 × 3 = 45 minutes. Cinq douzièmes d'heure : 60 ÷ 12 = 5, puis 5 × 5 = 25 minutes.</w:t>
      </w:r>
    </w:p>
    <w:p>
      <w:r>
        <w:t>Correction 25. 1/10 = 100/1 000 ; 1/100 = 10/1 000 ; 400/1 000 = 4/10.</w:t>
      </w:r>
    </w:p>
    <w:p>
      <w:r>
        <w:t>Correction 26. 7/1 000 ; 42/1 000 ; 305/1 000.</w:t>
      </w:r>
    </w:p>
    <w:p>
      <w:r>
        <w:t>Correction 27. 2 486/1 000 = 2 + 4/10 + 8/100 + 6/1 000, car 2 000/1 000 = 2 ; 400/1 000 = 4/10 ; 80/1 000 = 8/100.</w:t>
      </w:r>
    </w:p>
    <w:p>
      <w:r>
        <w:t>Correction 28. 3 + 5/10 + 2/100 + 9/1 000 = 3,529 ; 47/1 000 = 0,047 ; 1 208/1 000 = 1,208.</w:t>
      </w:r>
    </w:p>
    <w:p>
      <w:r>
        <w:t>Correction 29. 0,6 = 6/10 ; 2,35 = 235/100 ; 0,075 = 75/1 000.</w:t>
      </w:r>
    </w:p>
    <w:p>
      <w:r>
        <w:t>Correction 30. 0,7 &gt; 0,65, car 0,7 = 70/100 et 70/100 &gt; 65/100. Ensuite 3/10 = 300/1 000. Enfin 0,409 &lt; 0,49, car 409/1 000 &lt; 490/1 000.</w:t>
      </w:r>
    </w:p>
    <w:p>
      <w:r>
        <w:t>Correction 31. 0,052 &lt; 0,205 &lt; 0,25 &lt; 0,3, car 52/1 000 &lt; 205/1 000 &lt; 250/1 000 &lt; 300/1 000.</w:t>
      </w:r>
    </w:p>
    <w:p>
      <w:r>
        <w:t>Correction 32. 3/10 + 45/100 + 6/1 000 = 300/1 000 + 450/1 000 + 6/1 000 = 756/1 000 = 0,756.</w:t>
      </w:r>
    </w:p>
    <w:p>
      <w:pPr>
        <w:pStyle w:val="Heading2"/>
      </w:pPr>
      <w:r>
        <w:t>Corrigé de l'évaluation</w:t>
      </w:r>
    </w:p>
    <w:p>
      <w:r>
        <w:t>1. 9/20 ; trente et un douzièmes.</w:t>
      </w:r>
    </w:p>
    <w:p>
      <w:r>
        <w:t>2. 47/6 = 7 + 5/6, car 42/6 = 7.</w:t>
      </w:r>
    </w:p>
    <w:p>
      <w:r>
        <w:t>3. 5 + 4/9 = 45/9 + 4/9 = 49/9.</w:t>
      </w:r>
    </w:p>
    <w:p>
      <w:r>
        <w:t>4. 5 &lt; 38/7 &lt; 6, car 35/7 = 5 et 42/7 = 6.</w:t>
      </w:r>
    </w:p>
    <w:p>
      <w:r>
        <w:t>5. 5/8 = 10/16, donc 5/8 &lt; 11/16 ; 4/5 &gt; 4/9.</w:t>
      </w:r>
    </w:p>
    <w:p>
      <w:r>
        <w:t>6. 1 + 5/6 = 11/6 : le point se place entre 1 et 2, sur la cinquième graduation après 1.</w:t>
      </w:r>
    </w:p>
    <w:p>
      <w:r>
        <w:t>7. 1/4 = 3/12, donc 7/12 + 1/4 = 7/12 + 3/12 = 10/12 ; 2/5 = 4/10, donc 9/10 - 2/5 = 9/10 - 4/10 = 5/10.</w:t>
      </w:r>
    </w:p>
    <w:p>
      <w:r>
        <w:t>8. 5 × 3/8 = 15/8 = 1 + 7/8.</w:t>
      </w:r>
    </w:p>
    <w:p>
      <w:r>
        <w:t>9. 40 ÷ 5 = 8, puis 8 × 3 = 24 €.</w:t>
      </w:r>
    </w:p>
    <w:p>
      <w:r>
        <w:t>10. 2,047 = 2 + 4/100 + 7/1 000 (aucun dixième) ; 2,047 &lt; 2,07 &lt; 2,4.</w:t>
      </w:r>
    </w:p>
    <w:p>
      <w:r>
        <w:t>Barème indicatif. Un point par question, et un demi-point pour chaque partie des questions 1, 5, 7 et 10. Ce barème est une proposition de l'auteur, pas une norme nationale. Pour l'analyse des réponses, reprenez la grille Acquis / À consolider / À reprendre de la mini-évaluation, avec sa ligne « Fractions décimales jusqu'aux millièmes ».</w:t>
      </w:r>
    </w:p>
    <w:p>
      <w:r>
        <w:t>Source : programme de mathématiques du cycle 3, BO n°16 du 17/04/2025. Mise à jour : 23/10/2026.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CM2 : fiches modifiables</dc:title>
  <dc:subject/>
  <dc:creator>Prépare Mes Cours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