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Calcul mental CM2 : dix séries et une série bilan modifiables</w:t>
      </w:r>
    </w:p>
    <w:p>
      <w:pPr>
        <w:pStyle w:val="Heading1"/>
      </w:pPr>
      <w:r>
        <w:t>Période 1 : moitiés des impairs, ajouter ou soustraire 98 ou 99</w:t>
      </w:r>
    </w:p>
    <w:p>
      <w:pPr>
        <w:pStyle w:val="Heading2"/>
      </w:pPr>
      <w:r>
        <w:t>Série 1A : moitiés des nombres impairs, doubles et tables</w:t>
      </w:r>
    </w:p>
    <w:p>
      <w:r>
        <w:t>Prénom : ______________   Date : __________   Résultats justes : ____ / 10</w:t>
      </w:r>
    </w:p>
    <w:p>
      <w:r>
        <w:t>1. 2 × … = 9</w:t>
      </w:r>
    </w:p>
    <w:p>
      <w:r>
        <w:t>2. 2 × … = 1</w:t>
      </w:r>
    </w:p>
    <w:p>
      <w:r>
        <w:t>3. 2 × … = 15</w:t>
      </w:r>
    </w:p>
    <w:p>
      <w:r>
        <w:t>4. 2 × … = 7</w:t>
      </w:r>
    </w:p>
    <w:p>
      <w:r>
        <w:t>5. 2 × 19 = …</w:t>
      </w:r>
    </w:p>
    <w:p>
      <w:r>
        <w:t>6. 1 200 = 2 × …</w:t>
      </w:r>
    </w:p>
    <w:p>
      <w:r>
        <w:t>7. 2 × … = 13</w:t>
      </w:r>
    </w:p>
    <w:p>
      <w:r>
        <w:t>8. 9 × 8 = …</w:t>
      </w:r>
    </w:p>
    <w:p>
      <w:r>
        <w:t>9. 60 = … × 15</w:t>
      </w:r>
    </w:p>
    <w:p>
      <w:r>
        <w:t>10. 11 = 2 × …</w:t>
      </w:r>
    </w:p>
    <w:p>
      <w:pPr>
        <w:pStyle w:val="Heading2"/>
      </w:pPr>
      <w:r>
        <w:t>Série 1B : ajouter ou soustraire 8, 9, 18, 19, …, 98 ou 99</w:t>
      </w:r>
    </w:p>
    <w:p>
      <w:r>
        <w:t>Prénom : ______________   Date : __________   Résultats justes : ____ / 10</w:t>
      </w:r>
    </w:p>
    <w:p>
      <w:r>
        <w:t>1. 465 + 98 = …</w:t>
      </w:r>
    </w:p>
    <w:p>
      <w:r>
        <w:t>2. 1 237 + 59 = …</w:t>
      </w:r>
    </w:p>
    <w:p>
      <w:r>
        <w:t>3. 8 040 − 99 = …</w:t>
      </w:r>
    </w:p>
    <w:p>
      <w:r>
        <w:t>4. 356 − 78 = …</w:t>
      </w:r>
    </w:p>
    <w:p>
      <w:r>
        <w:t>5. 24 615 + 69 = …</w:t>
      </w:r>
    </w:p>
    <w:p>
      <w:r>
        <w:t>6. 703 − 49 = …</w:t>
      </w:r>
    </w:p>
    <w:p>
      <w:r>
        <w:t>7. 158 + 88 = …</w:t>
      </w:r>
    </w:p>
    <w:p>
      <w:r>
        <w:t>8. 3 500 − 68 = …</w:t>
      </w:r>
    </w:p>
    <w:p>
      <w:r>
        <w:t>9. 999 + 99 = …</w:t>
      </w:r>
    </w:p>
    <w:p>
      <w:r>
        <w:t>10. 120 380 − 98 = …</w:t>
      </w:r>
    </w:p>
    <w:p>
      <w:pPr>
        <w:pStyle w:val="Heading1"/>
      </w:pPr>
      <w:r>
        <w:t>Période 2 : fractions usuelles et calculs sur les fractions</w:t>
      </w:r>
    </w:p>
    <w:p>
      <w:pPr>
        <w:pStyle w:val="Heading2"/>
      </w:pPr>
      <w:r>
        <w:t>Série 2A : fractions usuelles et écritures décimales</w:t>
      </w:r>
    </w:p>
    <w:p>
      <w:r>
        <w:t>Prénom : ______________   Date : __________   Résultats justes : ____ / 10</w:t>
      </w:r>
    </w:p>
    <w:p>
      <w:r>
        <w:t>1. 1/2 + 1/4 = …</w:t>
      </w:r>
    </w:p>
    <w:p>
      <w:r>
        <w:t>2. 1 − 3/4 = …</w:t>
      </w:r>
    </w:p>
    <w:p>
      <w:r>
        <w:t>3. 3/4 − 1/2 = …</w:t>
      </w:r>
    </w:p>
    <w:p>
      <w:r>
        <w:t>4. 1/2 = …/100</w:t>
      </w:r>
    </w:p>
    <w:p>
      <w:r>
        <w:t>5. 3/4 = …/100</w:t>
      </w:r>
    </w:p>
    <w:p>
      <w:r>
        <w:t>6. 1/100 = …/1000</w:t>
      </w:r>
    </w:p>
    <w:p>
      <w:r>
        <w:t>7. 1/10 = …/1000</w:t>
      </w:r>
    </w:p>
    <w:p>
      <w:r>
        <w:t>8. 3/4 = …</w:t>
      </w:r>
    </w:p>
    <w:p>
      <w:r>
        <w:t>9. 5/2 = …</w:t>
      </w:r>
    </w:p>
    <w:p>
      <w:r>
        <w:t>10. 1/1000 = …</w:t>
      </w:r>
    </w:p>
    <w:p>
      <w:pPr>
        <w:pStyle w:val="Heading2"/>
      </w:pPr>
      <w:r>
        <w:t>Série 2B : additionner et soustraire des fractions</w:t>
      </w:r>
    </w:p>
    <w:p>
      <w:r>
        <w:t>Prénom : ______________   Date : __________   Résultats justes : ____ / 10</w:t>
      </w:r>
    </w:p>
    <w:p>
      <w:r>
        <w:t>1. 1/4 + 3/8 = …</w:t>
      </w:r>
    </w:p>
    <w:p>
      <w:r>
        <w:t>2. 1/2 + 3/10 = …</w:t>
      </w:r>
    </w:p>
    <w:p>
      <w:r>
        <w:t>3. 3/2 + 1/4 = …</w:t>
      </w:r>
    </w:p>
    <w:p>
      <w:r>
        <w:t>4. 2/5 + 3/10 = …</w:t>
      </w:r>
    </w:p>
    <w:p>
      <w:r>
        <w:t>5. 2/3 + 1/9 = …</w:t>
      </w:r>
    </w:p>
    <w:p>
      <w:r>
        <w:t>6. 5/12 + 1/4 = …</w:t>
      </w:r>
    </w:p>
    <w:p>
      <w:r>
        <w:t>7. 1/3 + 5/6 = …</w:t>
      </w:r>
    </w:p>
    <w:p>
      <w:r>
        <w:t>8. 7/8 − 1/4 = …</w:t>
      </w:r>
    </w:p>
    <w:p>
      <w:r>
        <w:t>9. 9/10 − 2/5 = …</w:t>
      </w:r>
    </w:p>
    <w:p>
      <w:r>
        <w:t>10. 5/6 − 1/2 = …</w:t>
      </w:r>
    </w:p>
    <w:p>
      <w:pPr>
        <w:pStyle w:val="Heading1"/>
      </w:pPr>
      <w:r>
        <w:t>Période 3 : multiplier et diviser par 10, 100 ou 1 000, ajouter à un décimal</w:t>
      </w:r>
    </w:p>
    <w:p>
      <w:pPr>
        <w:pStyle w:val="Heading2"/>
      </w:pPr>
      <w:r>
        <w:t>Série 3A : multiplier ou diviser un décimal par 10, 100 ou 1 000</w:t>
      </w:r>
    </w:p>
    <w:p>
      <w:r>
        <w:t>Prénom : ______________   Date : __________   Résultats justes : ____ / 10</w:t>
      </w:r>
    </w:p>
    <w:p>
      <w:r>
        <w:t>1. 100 × 72,4 = …</w:t>
      </w:r>
    </w:p>
    <w:p>
      <w:r>
        <w:t>2. 1 000 × 3,56 = …</w:t>
      </w:r>
    </w:p>
    <w:p>
      <w:r>
        <w:t>3. 10 × 0,457 = …</w:t>
      </w:r>
    </w:p>
    <w:p>
      <w:r>
        <w:t>4. 100 × 0,08 = …</w:t>
      </w:r>
    </w:p>
    <w:p>
      <w:r>
        <w:t>5. 45,6 ÷ 100 = …</w:t>
      </w:r>
    </w:p>
    <w:p>
      <w:r>
        <w:t>6. 3 270 ÷ 1 000 = …</w:t>
      </w:r>
    </w:p>
    <w:p>
      <w:r>
        <w:t>7. 8,5 ÷ 10 = …</w:t>
      </w:r>
    </w:p>
    <w:p>
      <w:r>
        <w:t>8. 1 000 × 0,029 = …</w:t>
      </w:r>
    </w:p>
    <w:p>
      <w:r>
        <w:t>9. 604 ÷ 100 = …</w:t>
      </w:r>
    </w:p>
    <w:p>
      <w:r>
        <w:t>10. 12 ÷ 1 000 = …</w:t>
      </w:r>
    </w:p>
    <w:p>
      <w:pPr>
        <w:pStyle w:val="Heading2"/>
      </w:pPr>
      <w:r>
        <w:t>Série 3B : ajouter à un décimal, avec ou sans retenue</w:t>
      </w:r>
    </w:p>
    <w:p>
      <w:r>
        <w:t>Prénom : ______________   Date : __________   Résultats justes : ____ / 10</w:t>
      </w:r>
    </w:p>
    <w:p>
      <w:r>
        <w:t>1. 5,236 + 0,04 = …</w:t>
      </w:r>
    </w:p>
    <w:p>
      <w:r>
        <w:t>2. 0,325 + 4/1000 = …</w:t>
      </w:r>
    </w:p>
    <w:p>
      <w:r>
        <w:t>3. 36 215 + 2 000 = …</w:t>
      </w:r>
    </w:p>
    <w:p>
      <w:r>
        <w:t>4. 3,74 + 0,9 = …</w:t>
      </w:r>
    </w:p>
    <w:p>
      <w:r>
        <w:t>5. 58 600 + 7 000 = …</w:t>
      </w:r>
    </w:p>
    <w:p>
      <w:r>
        <w:t>6. 0,268 + 5/1000 = …</w:t>
      </w:r>
    </w:p>
    <w:p>
      <w:r>
        <w:t>7. 6,3 + 5 = …</w:t>
      </w:r>
    </w:p>
    <w:p>
      <w:r>
        <w:t>8. 2,96 + 0,07 = …</w:t>
      </w:r>
    </w:p>
    <w:p>
      <w:r>
        <w:t>9. 15,804 − 0,3 = …</w:t>
      </w:r>
    </w:p>
    <w:p>
      <w:r>
        <w:t>10. 395 600 + 8 000 = …</w:t>
      </w:r>
    </w:p>
    <w:p>
      <w:pPr>
        <w:pStyle w:val="Heading1"/>
      </w:pPr>
      <w:r>
        <w:t>Période 4 : sommes de décimaux, produits de dizaines, doubles et moitiés</w:t>
      </w:r>
    </w:p>
    <w:p>
      <w:pPr>
        <w:pStyle w:val="Heading2"/>
      </w:pPr>
      <w:r>
        <w:t>Série 4A : ajouter deux décimaux, multiplier des dizaines, centaines ou milliers</w:t>
      </w:r>
    </w:p>
    <w:p>
      <w:r>
        <w:t>Prénom : ______________   Date : __________   Résultats justes : ____ / 10</w:t>
      </w:r>
    </w:p>
    <w:p>
      <w:r>
        <w:t>1. 4,5 + 1,2 = …</w:t>
      </w:r>
    </w:p>
    <w:p>
      <w:r>
        <w:t>2. 2,7 + 3,7 = …</w:t>
      </w:r>
    </w:p>
    <w:p>
      <w:r>
        <w:t>3. 6,8 + 2,5 = …</w:t>
      </w:r>
    </w:p>
    <w:p>
      <w:r>
        <w:t>4. 1,9 + 0,1 = …</w:t>
      </w:r>
    </w:p>
    <w:p>
      <w:r>
        <w:t>5. 7,6 + 5,8 = …</w:t>
      </w:r>
    </w:p>
    <w:p>
      <w:r>
        <w:t>6. 900 × 700 = …</w:t>
      </w:r>
    </w:p>
    <w:p>
      <w:r>
        <w:t>7. 40 × 60 = …</w:t>
      </w:r>
    </w:p>
    <w:p>
      <w:r>
        <w:t>8. 3 000 × 80 = …</w:t>
      </w:r>
    </w:p>
    <w:p>
      <w:r>
        <w:t>9. 500 × 600 = …</w:t>
      </w:r>
    </w:p>
    <w:p>
      <w:r>
        <w:t>10. 2 000 × 70 = …</w:t>
      </w:r>
    </w:p>
    <w:p>
      <w:pPr>
        <w:pStyle w:val="Heading2"/>
      </w:pPr>
      <w:r>
        <w:t>Série 4B : doubles et moitiés de décimaux, diviser par 4 ou par 8</w:t>
      </w:r>
    </w:p>
    <w:p>
      <w:r>
        <w:t>Prénom : ______________   Date : __________   Résultats justes : ____ / 10</w:t>
      </w:r>
    </w:p>
    <w:p>
      <w:r>
        <w:t>1. 2 × 24,7 = …</w:t>
      </w:r>
    </w:p>
    <w:p>
      <w:r>
        <w:t>2. 2 × 3,25 = …</w:t>
      </w:r>
    </w:p>
    <w:p>
      <w:r>
        <w:t>3. 2 × … = 17,2</w:t>
      </w:r>
    </w:p>
    <w:p>
      <w:r>
        <w:t>4. 15,8 ÷ 2 = …</w:t>
      </w:r>
    </w:p>
    <w:p>
      <w:r>
        <w:t>5. 2,46 ÷ 2 = …</w:t>
      </w:r>
    </w:p>
    <w:p>
      <w:r>
        <w:t>6. 180 ÷ 4 = …</w:t>
      </w:r>
    </w:p>
    <w:p>
      <w:r>
        <w:t>7. 340 ÷ 4 = …</w:t>
      </w:r>
    </w:p>
    <w:p>
      <w:r>
        <w:t>8. 200 ÷ 8 = …</w:t>
      </w:r>
    </w:p>
    <w:p>
      <w:r>
        <w:t>9. 360 ÷ 8 = …</w:t>
      </w:r>
    </w:p>
    <w:p>
      <w:r>
        <w:t>10. 140 ÷ 8 = …</w:t>
      </w:r>
    </w:p>
    <w:p>
      <w:pPr>
        <w:pStyle w:val="Heading1"/>
      </w:pPr>
      <w:r>
        <w:t>Période 5 : multiplier par 5 ou par 50, puis choisir sa procédure</w:t>
      </w:r>
    </w:p>
    <w:p>
      <w:pPr>
        <w:pStyle w:val="Heading2"/>
      </w:pPr>
      <w:r>
        <w:t>Série 5A : multiplier un décimal par 5 ou par 50, distributivité</w:t>
      </w:r>
    </w:p>
    <w:p>
      <w:r>
        <w:t>Prénom : ______________   Date : __________   Résultats justes : ____ / 10</w:t>
      </w:r>
    </w:p>
    <w:p>
      <w:r>
        <w:t>1. 5 × 1,48 = …</w:t>
      </w:r>
    </w:p>
    <w:p>
      <w:r>
        <w:t>2. 5 × 3,6 = …</w:t>
      </w:r>
    </w:p>
    <w:p>
      <w:r>
        <w:t>3. 5 × 0,72 = …</w:t>
      </w:r>
    </w:p>
    <w:p>
      <w:r>
        <w:t>4. 5 × 24,5 = …</w:t>
      </w:r>
    </w:p>
    <w:p>
      <w:r>
        <w:t>5. 50 × 12,6 = …</w:t>
      </w:r>
    </w:p>
    <w:p>
      <w:r>
        <w:t>6. 50 × 4,8 = …</w:t>
      </w:r>
    </w:p>
    <w:p>
      <w:r>
        <w:t>7. 50 × 1,24 = …</w:t>
      </w:r>
    </w:p>
    <w:p>
      <w:r>
        <w:t>8. 50 × 16 = …</w:t>
      </w:r>
    </w:p>
    <w:p>
      <w:r>
        <w:t>9. 12 × 43 = …</w:t>
      </w:r>
    </w:p>
    <w:p>
      <w:r>
        <w:t>10. 34 × 11 = …</w:t>
      </w:r>
    </w:p>
    <w:p>
      <w:pPr>
        <w:pStyle w:val="Heading2"/>
      </w:pPr>
      <w:r>
        <w:t>Série 5B : révision mêlée</w:t>
      </w:r>
    </w:p>
    <w:p>
      <w:r>
        <w:t>Prénom : ______________   Date : __________   Résultats justes : ____ / 10</w:t>
      </w:r>
    </w:p>
    <w:p>
      <w:r>
        <w:t>1. 4 528 + 99 = …</w:t>
      </w:r>
    </w:p>
    <w:p>
      <w:r>
        <w:t>2. 2 × … = 13</w:t>
      </w:r>
    </w:p>
    <w:p>
      <w:r>
        <w:t>3. 0,75 = …/4</w:t>
      </w:r>
    </w:p>
    <w:p>
      <w:r>
        <w:t>4. 3,8 + 4,6 = …</w:t>
      </w:r>
    </w:p>
    <w:p>
      <w:r>
        <w:t>5. 60 × 800 = …</w:t>
      </w:r>
    </w:p>
    <w:p>
      <w:r>
        <w:t>6. 72,5 ÷ 100 = …</w:t>
      </w:r>
    </w:p>
    <w:p>
      <w:r>
        <w:t>7. 5 × 2,84 = …</w:t>
      </w:r>
    </w:p>
    <w:p>
      <w:r>
        <w:t>8. 1/2 + 3/8 = …</w:t>
      </w:r>
    </w:p>
    <w:p>
      <w:r>
        <w:t>9. 520 ÷ 8 = …</w:t>
      </w:r>
    </w:p>
    <w:p>
      <w:r>
        <w:t>10. 1 000 × 4,07 = …</w:t>
      </w:r>
    </w:p>
    <w:p>
      <w:pPr>
        <w:pStyle w:val="Heading1"/>
      </w:pPr>
      <w:r>
        <w:t>Série bilan de fin de CM2</w:t>
      </w:r>
    </w:p>
    <w:p>
      <w:r>
        <w:t>Prénom : ______________   Date : __________   Résultats justes : ____ / 20</w:t>
      </w:r>
    </w:p>
    <w:p>
      <w:r>
        <w:t>1. 2 × … = 11</w:t>
      </w:r>
    </w:p>
    <w:p>
      <w:r>
        <w:t>2. 638 + 49 = …</w:t>
      </w:r>
    </w:p>
    <w:p>
      <w:r>
        <w:t>3. 3/4 = …</w:t>
      </w:r>
    </w:p>
    <w:p>
      <w:r>
        <w:t>4. 100 × 0,47 = …</w:t>
      </w:r>
    </w:p>
    <w:p>
      <w:r>
        <w:t>5. 6,9 + 2,4 = …</w:t>
      </w:r>
    </w:p>
    <w:p>
      <w:r>
        <w:t>6. 700 × 30 = …</w:t>
      </w:r>
    </w:p>
    <w:p>
      <w:r>
        <w:t>7. 5,3 + 0,8 = …</w:t>
      </w:r>
    </w:p>
    <w:p>
      <w:r>
        <w:t>8. 2 × 6,45 = …</w:t>
      </w:r>
    </w:p>
    <w:p>
      <w:r>
        <w:t>9. 280 ÷ 8 = …</w:t>
      </w:r>
    </w:p>
    <w:p>
      <w:r>
        <w:t>10. 1/3 + 1/6 = …</w:t>
      </w:r>
    </w:p>
    <w:p>
      <w:r>
        <w:t>11. 5 × 4,6 = …</w:t>
      </w:r>
    </w:p>
    <w:p>
      <w:r>
        <w:t>12. 856 ÷ 1 000 = …</w:t>
      </w:r>
    </w:p>
    <w:p>
      <w:r>
        <w:t>13. 11 × 45 = …</w:t>
      </w:r>
    </w:p>
    <w:p>
      <w:r>
        <w:t>14. 2 405 − 98 = …</w:t>
      </w:r>
    </w:p>
    <w:p>
      <w:r>
        <w:t>15. 9,2 ÷ 2 = …</w:t>
      </w:r>
    </w:p>
    <w:p>
      <w:r>
        <w:t>16. 50 × 8,4 = …</w:t>
      </w:r>
    </w:p>
    <w:p>
      <w:r>
        <w:t>17. 1/4 = …/100</w:t>
      </w:r>
    </w:p>
    <w:p>
      <w:r>
        <w:t>18. 3 450 000 + 600 000 = …</w:t>
      </w:r>
    </w:p>
    <w:p>
      <w:r>
        <w:t>19. 160 ÷ 4 = …</w:t>
      </w:r>
    </w:p>
    <w:p>
      <w:r>
        <w:t>20. 0,568 + 0,03 = …</w:t>
      </w:r>
    </w:p>
    <w:p>
      <w:r>
        <w:br w:type="page"/>
      </w:r>
    </w:p>
    <w:p>
      <w:pPr>
        <w:pStyle w:val="Heading1"/>
      </w:pPr>
      <w:r>
        <w:t>Corrigés (enseignant)</w:t>
      </w:r>
    </w:p>
    <w:p>
      <w:pPr>
        <w:pStyle w:val="Heading2"/>
      </w:pPr>
      <w:r>
        <w:t>Corrigé : Série 1A : moitiés des nombres impairs, doubles et tables</w:t>
      </w:r>
    </w:p>
    <w:p>
      <w:r>
        <w:t>1. 2 × 4,5 = 9 (9 = 8 + 1 ; 8 ÷ 2 = 4 ; 1 ÷ 2 = 0,5 ; 4 + 0,5 = 4,5)</w:t>
      </w:r>
    </w:p>
    <w:p>
      <w:r>
        <w:t>2. 2 × 0,5 = 1</w:t>
      </w:r>
    </w:p>
    <w:p>
      <w:r>
        <w:t>3. 2 × 7,5 = 15 (15 = 14 + 1 ; 14 ÷ 2 = 7 ; 1 ÷ 2 = 0,5 ; 7 + 0,5 = 7,5)</w:t>
      </w:r>
    </w:p>
    <w:p>
      <w:r>
        <w:t>4. 2 × 3,5 = 7</w:t>
      </w:r>
    </w:p>
    <w:p>
      <w:r>
        <w:t>5. 2 × 19 = 38</w:t>
      </w:r>
    </w:p>
    <w:p>
      <w:r>
        <w:t>6. 1 200 = 2 × 600</w:t>
      </w:r>
    </w:p>
    <w:p>
      <w:r>
        <w:t>7. 2 × 6,5 = 13</w:t>
      </w:r>
    </w:p>
    <w:p>
      <w:r>
        <w:t>8. 9 × 8 = 72</w:t>
      </w:r>
    </w:p>
    <w:p>
      <w:r>
        <w:t>9. 60 = 4 × 15</w:t>
      </w:r>
    </w:p>
    <w:p>
      <w:r>
        <w:t>10. 11 = 2 × 5,5</w:t>
      </w:r>
    </w:p>
    <w:p>
      <w:pPr>
        <w:pStyle w:val="Heading2"/>
      </w:pPr>
      <w:r>
        <w:t>Corrigé : Série 1B : ajouter ou soustraire 8, 9, 18, 19, …, 98 ou 99</w:t>
      </w:r>
    </w:p>
    <w:p>
      <w:r>
        <w:t>1. 465 + 98 = 563 (465 + 100 = 565 ; 565 − 2 = 563)</w:t>
      </w:r>
    </w:p>
    <w:p>
      <w:r>
        <w:t>2. 1 237 + 59 = 1 296 (1 237 + 60 = 1 297 ; 1 297 − 1 = 1 296)</w:t>
      </w:r>
    </w:p>
    <w:p>
      <w:r>
        <w:t>3. 8 040 − 99 = 7 941 (8 040 − 100 = 7 940 ; 7 940 + 1 = 7 941)</w:t>
      </w:r>
    </w:p>
    <w:p>
      <w:r>
        <w:t>4. 356 − 78 = 278 (356 − 80 = 276 ; 276 + 2 = 278)</w:t>
      </w:r>
    </w:p>
    <w:p>
      <w:r>
        <w:t>5. 24 615 + 69 = 24 684 (24 615 + 70 = 24 685 ; 24 685 − 1 = 24 684)</w:t>
      </w:r>
    </w:p>
    <w:p>
      <w:r>
        <w:t>6. 703 − 49 = 654 (703 − 50 = 653 ; 653 + 1 = 654)</w:t>
      </w:r>
    </w:p>
    <w:p>
      <w:r>
        <w:t>7. 158 + 88 = 246 (158 + 90 = 248 ; 248 − 2 = 246)</w:t>
      </w:r>
    </w:p>
    <w:p>
      <w:r>
        <w:t>8. 3 500 − 68 = 3 432 (3 500 − 70 = 3 430 ; 3 430 + 2 = 3 432)</w:t>
      </w:r>
    </w:p>
    <w:p>
      <w:r>
        <w:t>9. 999 + 99 = 1 098 (999 + 100 = 1 099 ; 1 099 − 1 = 1 098)</w:t>
      </w:r>
    </w:p>
    <w:p>
      <w:r>
        <w:t>10. 120 380 − 98 = 120 282 (120 380 − 100 = 120 280 ; 120 280 + 2 = 120 282)</w:t>
      </w:r>
    </w:p>
    <w:p>
      <w:pPr>
        <w:pStyle w:val="Heading2"/>
      </w:pPr>
      <w:r>
        <w:t>Corrigé : Série 2A : fractions usuelles et écritures décimales</w:t>
      </w:r>
    </w:p>
    <w:p>
      <w:r>
        <w:t>1. 1/2 + 1/4 = 3/4</w:t>
      </w:r>
    </w:p>
    <w:p>
      <w:r>
        <w:t>2. 1 − 3/4 = 1/4</w:t>
      </w:r>
    </w:p>
    <w:p>
      <w:r>
        <w:t>3. 3/4 − 1/2 = 1/4</w:t>
      </w:r>
    </w:p>
    <w:p>
      <w:r>
        <w:t>4. 1/2 = 50/100</w:t>
      </w:r>
    </w:p>
    <w:p>
      <w:r>
        <w:t>5. 3/4 = 75/100</w:t>
      </w:r>
    </w:p>
    <w:p>
      <w:r>
        <w:t>6. 1/100 = 10/1000</w:t>
      </w:r>
    </w:p>
    <w:p>
      <w:r>
        <w:t>7. 1/10 = 100/1000</w:t>
      </w:r>
    </w:p>
    <w:p>
      <w:r>
        <w:t>8. 3/4 = 0,75</w:t>
      </w:r>
    </w:p>
    <w:p>
      <w:r>
        <w:t>9. 5/2 = 2,5</w:t>
      </w:r>
    </w:p>
    <w:p>
      <w:r>
        <w:t>10. 1/1000 = 0,001</w:t>
      </w:r>
    </w:p>
    <w:p>
      <w:pPr>
        <w:pStyle w:val="Heading2"/>
      </w:pPr>
      <w:r>
        <w:t>Corrigé : Série 2B : additionner et soustraire des fractions</w:t>
      </w:r>
    </w:p>
    <w:p>
      <w:r>
        <w:t>1. 1/4 + 3/8 = 5/8 (1/4 = 2/8 ; 2/8 + 3/8 = 5/8)</w:t>
      </w:r>
    </w:p>
    <w:p>
      <w:r>
        <w:t>2. 1/2 + 3/10 = 8/10 (1/2 = 5/10 ; 5/10 + 3/10 = 8/10)</w:t>
      </w:r>
    </w:p>
    <w:p>
      <w:r>
        <w:t>3. 3/2 + 1/4 = 7/4 (3/2 = 6/4 ; 6/4 + 1/4 = 7/4)</w:t>
      </w:r>
    </w:p>
    <w:p>
      <w:r>
        <w:t>4. 2/5 + 3/10 = 7/10 (2/5 = 4/10 ; 4/10 + 3/10 = 7/10)</w:t>
      </w:r>
    </w:p>
    <w:p>
      <w:r>
        <w:t>5. 2/3 + 1/9 = 7/9 (2/3 = 6/9 ; 6/9 + 1/9 = 7/9)</w:t>
      </w:r>
    </w:p>
    <w:p>
      <w:r>
        <w:t>6. 5/12 + 1/4 = 8/12 (1/4 = 3/12 ; 5/12 + 3/12 = 8/12)</w:t>
      </w:r>
    </w:p>
    <w:p>
      <w:r>
        <w:t>7. 1/3 + 5/6 = 7/6 (1/3 = 2/6 ; 2/6 + 5/6 = 7/6)</w:t>
      </w:r>
    </w:p>
    <w:p>
      <w:r>
        <w:t>8. 7/8 − 1/4 = 5/8 (1/4 = 2/8 ; 7/8 − 2/8 = 5/8)</w:t>
      </w:r>
    </w:p>
    <w:p>
      <w:r>
        <w:t>9. 9/10 − 2/5 = 5/10 (2/5 = 4/10 ; 9/10 − 4/10 = 5/10)</w:t>
      </w:r>
    </w:p>
    <w:p>
      <w:r>
        <w:t>10. 5/6 − 1/2 = 2/6 (1/2 = 3/6 ; 5/6 − 3/6 = 2/6)</w:t>
      </w:r>
    </w:p>
    <w:p>
      <w:pPr>
        <w:pStyle w:val="Heading2"/>
      </w:pPr>
      <w:r>
        <w:t>Corrigé : Série 3A : multiplier ou diviser un décimal par 10, 100 ou 1 000</w:t>
      </w:r>
    </w:p>
    <w:p>
      <w:r>
        <w:t>1. 100 × 72,4 = 7 240</w:t>
      </w:r>
    </w:p>
    <w:p>
      <w:r>
        <w:t>2. 1 000 × 3,56 = 3 560</w:t>
      </w:r>
    </w:p>
    <w:p>
      <w:r>
        <w:t>3. 10 × 0,457 = 4,57</w:t>
      </w:r>
    </w:p>
    <w:p>
      <w:r>
        <w:t>4. 100 × 0,08 = 8</w:t>
      </w:r>
    </w:p>
    <w:p>
      <w:r>
        <w:t>5. 45,6 ÷ 100 = 0,456</w:t>
      </w:r>
    </w:p>
    <w:p>
      <w:r>
        <w:t>6. 3 270 ÷ 1 000 = 3,27</w:t>
      </w:r>
    </w:p>
    <w:p>
      <w:r>
        <w:t>7. 8,5 ÷ 10 = 0,85</w:t>
      </w:r>
    </w:p>
    <w:p>
      <w:r>
        <w:t>8. 1 000 × 0,029 = 29</w:t>
      </w:r>
    </w:p>
    <w:p>
      <w:r>
        <w:t>9. 604 ÷ 100 = 6,04</w:t>
      </w:r>
    </w:p>
    <w:p>
      <w:r>
        <w:t>10. 12 ÷ 1 000 = 0,012</w:t>
      </w:r>
    </w:p>
    <w:p>
      <w:pPr>
        <w:pStyle w:val="Heading2"/>
      </w:pPr>
      <w:r>
        <w:t>Corrigé : Série 3B : ajouter à un décimal, avec ou sans retenue</w:t>
      </w:r>
    </w:p>
    <w:p>
      <w:r>
        <w:t>1. 5,236 + 0,04 = 5,276</w:t>
      </w:r>
    </w:p>
    <w:p>
      <w:r>
        <w:t>2. 0,325 + 4/1000 = 0,329</w:t>
      </w:r>
    </w:p>
    <w:p>
      <w:r>
        <w:t>3. 36 215 + 2 000 = 38 215</w:t>
      </w:r>
    </w:p>
    <w:p>
      <w:r>
        <w:t>4. 3,74 + 0,9 = 4,64</w:t>
      </w:r>
    </w:p>
    <w:p>
      <w:r>
        <w:t>5. 58 600 + 7 000 = 65 600</w:t>
      </w:r>
    </w:p>
    <w:p>
      <w:r>
        <w:t>6. 0,268 + 5/1000 = 0,273</w:t>
      </w:r>
    </w:p>
    <w:p>
      <w:r>
        <w:t>7. 6,3 + 5 = 11,3</w:t>
      </w:r>
    </w:p>
    <w:p>
      <w:r>
        <w:t>8. 2,96 + 0,07 = 3,03</w:t>
      </w:r>
    </w:p>
    <w:p>
      <w:r>
        <w:t>9. 15,804 − 0,3 = 15,504</w:t>
      </w:r>
    </w:p>
    <w:p>
      <w:r>
        <w:t>10. 395 600 + 8 000 = 403 600</w:t>
      </w:r>
    </w:p>
    <w:p>
      <w:pPr>
        <w:pStyle w:val="Heading2"/>
      </w:pPr>
      <w:r>
        <w:t>Corrigé : Série 4A : ajouter deux décimaux, multiplier des dizaines, centaines ou milliers</w:t>
      </w:r>
    </w:p>
    <w:p>
      <w:r>
        <w:t>1. 4,5 + 1,2 = 5,7</w:t>
      </w:r>
    </w:p>
    <w:p>
      <w:r>
        <w:t>2. 2,7 + 3,7 = 6,4 (2,7 + 3,7 = 5 + 1,4 ; 5 + 1,4 = 6,4)</w:t>
      </w:r>
    </w:p>
    <w:p>
      <w:r>
        <w:t>3. 6,8 + 2,5 = 9,3 (6,8 + 2,5 = 8 + 1,3 ; 8 + 1,3 = 9,3)</w:t>
      </w:r>
    </w:p>
    <w:p>
      <w:r>
        <w:t>4. 1,9 + 0,1 = 2</w:t>
      </w:r>
    </w:p>
    <w:p>
      <w:r>
        <w:t>5. 7,6 + 5,8 = 13,4 (7,6 + 5,8 = 12 + 1,4 ; 12 + 1,4 = 13,4)</w:t>
      </w:r>
    </w:p>
    <w:p>
      <w:r>
        <w:t>6. 900 × 700 = 630 000 (900 × 700 = 9 × 7 × 10 000 ; 9 × 7 × 10 000 = 630 000)</w:t>
      </w:r>
    </w:p>
    <w:p>
      <w:r>
        <w:t>7. 40 × 60 = 2 400 (40 × 60 = 4 × 6 × 100 ; 4 × 6 × 100 = 2 400)</w:t>
      </w:r>
    </w:p>
    <w:p>
      <w:r>
        <w:t>8. 3 000 × 80 = 240 000 (3 000 × 80 = 3 × 8 × 10 000 ; 3 × 8 × 10 000 = 240 000)</w:t>
      </w:r>
    </w:p>
    <w:p>
      <w:r>
        <w:t>9. 500 × 600 = 300 000 (500 × 600 = 5 × 6 × 10 000 ; 5 × 6 × 10 000 = 300 000)</w:t>
      </w:r>
    </w:p>
    <w:p>
      <w:r>
        <w:t>10. 2 000 × 70 = 140 000 (2 000 × 70 = 2 × 7 × 10 000 ; 2 × 7 × 10 000 = 140 000)</w:t>
      </w:r>
    </w:p>
    <w:p>
      <w:pPr>
        <w:pStyle w:val="Heading2"/>
      </w:pPr>
      <w:r>
        <w:t>Corrigé : Série 4B : doubles et moitiés de décimaux, diviser par 4 ou par 8</w:t>
      </w:r>
    </w:p>
    <w:p>
      <w:r>
        <w:t>1. 2 × 24,7 = 49,4 (2 × 24,7 = 48 + 1,4 ; 48 + 1,4 = 49,4)</w:t>
      </w:r>
    </w:p>
    <w:p>
      <w:r>
        <w:t>2. 2 × 3,25 = 6,5 (2 × 3,25 = 6 + 0,5 ; 6 + 0,5 = 6,5)</w:t>
      </w:r>
    </w:p>
    <w:p>
      <w:r>
        <w:t>3. 2 × 8,6 = 17,2 (17,2 = 17 + 0,2 ; 17 ÷ 2 = 8,5 ; 0,2 ÷ 2 = 0,1 ; 8,5 + 0,1 = 8,6)</w:t>
      </w:r>
    </w:p>
    <w:p>
      <w:r>
        <w:t>4. 15,8 ÷ 2 = 7,9 (15,8 ÷ 2 = 7,5 + 0,4 ; 7,5 + 0,4 = 7,9)</w:t>
      </w:r>
    </w:p>
    <w:p>
      <w:r>
        <w:t>5. 2,46 ÷ 2 = 1,23</w:t>
      </w:r>
    </w:p>
    <w:p>
      <w:r>
        <w:t>6. 180 ÷ 4 = 45 (180 ÷ 2 = 90 ; 90 ÷ 2 = 45)</w:t>
      </w:r>
    </w:p>
    <w:p>
      <w:r>
        <w:t>7. 340 ÷ 4 = 85 (340 ÷ 2 = 170 ; 170 ÷ 2 = 85)</w:t>
      </w:r>
    </w:p>
    <w:p>
      <w:r>
        <w:t>8. 200 ÷ 8 = 25 (200 ÷ 2 = 100 ; 100 ÷ 2 = 50 ; 50 ÷ 2 = 25)</w:t>
      </w:r>
    </w:p>
    <w:p>
      <w:r>
        <w:t>9. 360 ÷ 8 = 45 (360 ÷ 2 = 180 ; 180 ÷ 2 = 90 ; 90 ÷ 2 = 45)</w:t>
      </w:r>
    </w:p>
    <w:p>
      <w:r>
        <w:t>10. 140 ÷ 8 = 17,5 (140 ÷ 2 = 70 ; 70 ÷ 2 = 35 ; 35 ÷ 2 = 17,5)</w:t>
      </w:r>
    </w:p>
    <w:p>
      <w:pPr>
        <w:pStyle w:val="Heading2"/>
      </w:pPr>
      <w:r>
        <w:t>Corrigé : Série 5A : multiplier un décimal par 5 ou par 50, distributivité</w:t>
      </w:r>
    </w:p>
    <w:p>
      <w:r>
        <w:t>1. 5 × 1,48 = 7,4 (10 × 1,48 = 14,8 ; 14,8 ÷ 2 = 7,4)</w:t>
      </w:r>
    </w:p>
    <w:p>
      <w:r>
        <w:t>2. 5 × 3,6 = 18 (10 × 3,6 = 36 ; 36 ÷ 2 = 18)</w:t>
      </w:r>
    </w:p>
    <w:p>
      <w:r>
        <w:t>3. 5 × 0,72 = 3,6 (10 × 0,72 = 7,2 ; 7,2 ÷ 2 = 3,6)</w:t>
      </w:r>
    </w:p>
    <w:p>
      <w:r>
        <w:t>4. 5 × 24,5 = 122,5 (10 × 24,5 = 245 ; 245 ÷ 2 = 122,5)</w:t>
      </w:r>
    </w:p>
    <w:p>
      <w:r>
        <w:t>5. 50 × 12,6 = 630 (100 × 12,6 = 1 260 ; 1 260 ÷ 2 = 630)</w:t>
      </w:r>
    </w:p>
    <w:p>
      <w:r>
        <w:t>6. 50 × 4,8 = 240 (100 × 4,8 = 480 ; 480 ÷ 2 = 240)</w:t>
      </w:r>
    </w:p>
    <w:p>
      <w:r>
        <w:t>7. 50 × 1,24 = 62 (100 × 1,24 = 124 ; 124 ÷ 2 = 62)</w:t>
      </w:r>
    </w:p>
    <w:p>
      <w:r>
        <w:t>8. 50 × 16 = 800 (100 × 16 = 1 600 ; 1 600 ÷ 2 = 800)</w:t>
      </w:r>
    </w:p>
    <w:p>
      <w:r>
        <w:t>9. 12 × 43 = 516 (10 × 43 = 430 ; 2 × 43 = 86 ; 430 + 86 = 516)</w:t>
      </w:r>
    </w:p>
    <w:p>
      <w:r>
        <w:t>10. 34 × 11 = 374 (34 × 10 = 340 ; 34 × 1 = 34 ; 340 + 34 = 374)</w:t>
      </w:r>
    </w:p>
    <w:p>
      <w:pPr>
        <w:pStyle w:val="Heading2"/>
      </w:pPr>
      <w:r>
        <w:t>Corrigé : Série 5B : révision mêlée</w:t>
      </w:r>
    </w:p>
    <w:p>
      <w:r>
        <w:t>1. 4 528 + 99 = 4 627 (4 528 + 100 = 4 628 ; 4 628 − 1 = 4 627)</w:t>
      </w:r>
    </w:p>
    <w:p>
      <w:r>
        <w:t>2. 2 × 6,5 = 13</w:t>
      </w:r>
    </w:p>
    <w:p>
      <w:r>
        <w:t>3. 0,75 = 3/4</w:t>
      </w:r>
    </w:p>
    <w:p>
      <w:r>
        <w:t>4. 3,8 + 4,6 = 8,4 (3,8 + 4,6 = 7 + 1,4 ; 7 + 1,4 = 8,4)</w:t>
      </w:r>
    </w:p>
    <w:p>
      <w:r>
        <w:t>5. 60 × 800 = 48 000 (60 × 800 = 6 × 8 × 1 000 ; 6 × 8 × 1 000 = 48 000)</w:t>
      </w:r>
    </w:p>
    <w:p>
      <w:r>
        <w:t>6. 72,5 ÷ 100 = 0,725</w:t>
      </w:r>
    </w:p>
    <w:p>
      <w:r>
        <w:t>7. 5 × 2,84 = 14,2 (10 × 2,84 = 28,4 ; 28,4 ÷ 2 = 14,2)</w:t>
      </w:r>
    </w:p>
    <w:p>
      <w:r>
        <w:t>8. 1/2 + 3/8 = 7/8 (1/2 = 4/8 ; 4/8 + 3/8 = 7/8)</w:t>
      </w:r>
    </w:p>
    <w:p>
      <w:r>
        <w:t>9. 520 ÷ 8 = 65 (520 ÷ 2 = 260 ; 260 ÷ 2 = 130 ; 130 ÷ 2 = 65)</w:t>
      </w:r>
    </w:p>
    <w:p>
      <w:r>
        <w:t>10. 1 000 × 4,07 = 4 070</w:t>
      </w:r>
    </w:p>
    <w:p>
      <w:pPr>
        <w:pStyle w:val="Heading2"/>
      </w:pPr>
      <w:r>
        <w:t>Corrigé : Série bilan de fin de CM2</w:t>
      </w:r>
    </w:p>
    <w:p>
      <w:r>
        <w:t>1. 2 × 5,5 = 11</w:t>
      </w:r>
    </w:p>
    <w:p>
      <w:r>
        <w:t>2. 638 + 49 = 687 (638 + 50 = 688 ; 688 − 1 = 687)</w:t>
      </w:r>
    </w:p>
    <w:p>
      <w:r>
        <w:t>3. 3/4 = 0,75</w:t>
      </w:r>
    </w:p>
    <w:p>
      <w:r>
        <w:t>4. 100 × 0,47 = 47</w:t>
      </w:r>
    </w:p>
    <w:p>
      <w:r>
        <w:t>5. 6,9 + 2,4 = 9,3 (6,9 + 2,4 = 8 + 1,3 ; 8 + 1,3 = 9,3)</w:t>
      </w:r>
    </w:p>
    <w:p>
      <w:r>
        <w:t>6. 700 × 30 = 21 000 (700 × 30 = 7 × 3 × 1 000 ; 7 × 3 × 1 000 = 21 000)</w:t>
      </w:r>
    </w:p>
    <w:p>
      <w:r>
        <w:t>7. 5,3 + 0,8 = 6,1</w:t>
      </w:r>
    </w:p>
    <w:p>
      <w:r>
        <w:t>8. 2 × 6,45 = 12,9 (2 × 6,45 = 12 + 0,9 ; 12 + 0,9 = 12,9)</w:t>
      </w:r>
    </w:p>
    <w:p>
      <w:r>
        <w:t>9. 280 ÷ 8 = 35 (280 ÷ 2 = 140 ; 140 ÷ 2 = 70 ; 70 ÷ 2 = 35)</w:t>
      </w:r>
    </w:p>
    <w:p>
      <w:r>
        <w:t>10. 1/3 + 1/6 = 3/6 (1/3 = 2/6 ; 2/6 + 1/6 = 3/6)</w:t>
      </w:r>
    </w:p>
    <w:p>
      <w:r>
        <w:t>11. 5 × 4,6 = 23 (10 × 4,6 = 46 ; 46 ÷ 2 = 23)</w:t>
      </w:r>
    </w:p>
    <w:p>
      <w:r>
        <w:t>12. 856 ÷ 1 000 = 0,856</w:t>
      </w:r>
    </w:p>
    <w:p>
      <w:r>
        <w:t>13. 11 × 45 = 495 (10 × 45 = 450 ; 1 × 45 = 45 ; 450 + 45 = 495)</w:t>
      </w:r>
    </w:p>
    <w:p>
      <w:r>
        <w:t>14. 2 405 − 98 = 2 307 (2 405 − 100 = 2 305 ; 2 305 + 2 = 2 307)</w:t>
      </w:r>
    </w:p>
    <w:p>
      <w:r>
        <w:t>15. 9,2 ÷ 2 = 4,6</w:t>
      </w:r>
    </w:p>
    <w:p>
      <w:r>
        <w:t>16. 50 × 8,4 = 420 (100 × 8,4 = 840 ; 840 ÷ 2 = 420)</w:t>
      </w:r>
    </w:p>
    <w:p>
      <w:r>
        <w:t>17. 1/4 = 25/100</w:t>
      </w:r>
    </w:p>
    <w:p>
      <w:r>
        <w:t>18. 3 450 000 + 600 000 = 4 050 000</w:t>
      </w:r>
    </w:p>
    <w:p>
      <w:r>
        <w:t>19. 160 ÷ 4 = 40 (160 ÷ 2 = 80 ; 80 ÷ 2 = 40)</w:t>
      </w:r>
    </w:p>
    <w:p>
      <w:r>
        <w:t>20. 0,568 + 0,03 = 0,598</w:t>
      </w:r>
    </w:p>
    <w:p>
      <w:r>
        <w:t>Source : programme de mathématiques du cycle 3, BO n°16 du 17/04/2025. Mise à jour : 23/10/2026.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 mental CM2 : séries modifiables</dc:title>
  <dc:subject/>
  <dc:creator>Prépare Mes Cours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