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Calcul mental CM1 : dix séries et une série bilan modifiables</w:t>
      </w:r>
    </w:p>
    <w:p>
      <w:pPr>
        <w:pStyle w:val="Heading1"/>
      </w:pPr>
      <w:r>
        <w:t>Période 1 : tables, décompositions de 60, ajouter 38 ou 39</w:t>
      </w:r>
    </w:p>
    <w:p>
      <w:pPr>
        <w:pStyle w:val="Heading2"/>
      </w:pPr>
      <w:r>
        <w:t>Série 1A : tables, décompositions de 60 et multiples de 25</w:t>
      </w:r>
    </w:p>
    <w:p>
      <w:r>
        <w:t>Prénom : ______________   Date : __________   Résultats justes : ____ / 10</w:t>
      </w:r>
    </w:p>
    <w:p>
      <w:r>
        <w:t>1. 7 × 8 = …</w:t>
      </w:r>
    </w:p>
    <w:p>
      <w:r>
        <w:t>2. 6 × … = 54</w:t>
      </w:r>
    </w:p>
    <w:p>
      <w:r>
        <w:t>3. … × 7 = 42</w:t>
      </w:r>
    </w:p>
    <w:p>
      <w:r>
        <w:t>4. 48 = 8 × …</w:t>
      </w:r>
    </w:p>
    <w:p>
      <w:r>
        <w:t>5. 60 = 4 × …</w:t>
      </w:r>
    </w:p>
    <w:p>
      <w:r>
        <w:t>6. 60 = … × 12</w:t>
      </w:r>
    </w:p>
    <w:p>
      <w:r>
        <w:t>7. 9 × 9 = …</w:t>
      </w:r>
    </w:p>
    <w:p>
      <w:r>
        <w:t>8. 3 × … = 60</w:t>
      </w:r>
    </w:p>
    <w:p>
      <w:r>
        <w:t>9. 70 = 7 × …</w:t>
      </w:r>
    </w:p>
    <w:p>
      <w:r>
        <w:t>10. … × 25 = 75</w:t>
      </w:r>
    </w:p>
    <w:p>
      <w:pPr>
        <w:pStyle w:val="Heading2"/>
      </w:pPr>
      <w:r>
        <w:t>Série 1B : ajouter ou soustraire 8, 9, 18, 19, 28, 29, 38 ou 39</w:t>
      </w:r>
    </w:p>
    <w:p>
      <w:r>
        <w:t>Prénom : ______________   Date : __________   Résultats justes : ____ / 10</w:t>
      </w:r>
    </w:p>
    <w:p>
      <w:r>
        <w:t>1. 456 + 38 = …</w:t>
      </w:r>
    </w:p>
    <w:p>
      <w:r>
        <w:t>2. 273 + 29 = …</w:t>
      </w:r>
    </w:p>
    <w:p>
      <w:r>
        <w:t>3. 1 845 + 18 = …</w:t>
      </w:r>
    </w:p>
    <w:p>
      <w:r>
        <w:t>4. 562 − 39 = …</w:t>
      </w:r>
    </w:p>
    <w:p>
      <w:r>
        <w:t>5. 704 − 28 = …</w:t>
      </w:r>
    </w:p>
    <w:p>
      <w:r>
        <w:t>6. 3 090 + 9 = …</w:t>
      </w:r>
    </w:p>
    <w:p>
      <w:r>
        <w:t>7. 615 − 19 = …</w:t>
      </w:r>
    </w:p>
    <w:p>
      <w:r>
        <w:t>8. 2 347 + 39 = …</w:t>
      </w:r>
    </w:p>
    <w:p>
      <w:r>
        <w:t>9. 820 − 8 = …</w:t>
      </w:r>
    </w:p>
    <w:p>
      <w:r>
        <w:t>10. 4 506 − 38 = …</w:t>
      </w:r>
    </w:p>
    <w:p>
      <w:pPr>
        <w:pStyle w:val="Heading1"/>
      </w:pPr>
      <w:r>
        <w:t>Période 2 : doubles, moitiés et premières fractions</w:t>
      </w:r>
    </w:p>
    <w:p>
      <w:pPr>
        <w:pStyle w:val="Heading2"/>
      </w:pPr>
      <w:r>
        <w:t>Série 2A : doubles et moitiés</w:t>
      </w:r>
    </w:p>
    <w:p>
      <w:r>
        <w:t>Prénom : ______________   Date : __________   Résultats justes : ____ / 10</w:t>
      </w:r>
    </w:p>
    <w:p>
      <w:r>
        <w:t>1. 2 × 17 = …</w:t>
      </w:r>
    </w:p>
    <w:p>
      <w:r>
        <w:t>2. 2 × 75 = …</w:t>
      </w:r>
    </w:p>
    <w:p>
      <w:r>
        <w:t>3. 2 × … = 38</w:t>
      </w:r>
    </w:p>
    <w:p>
      <w:r>
        <w:t>4. 2 × 600 = …</w:t>
      </w:r>
    </w:p>
    <w:p>
      <w:r>
        <w:t>5. 120 = 2 × …</w:t>
      </w:r>
    </w:p>
    <w:p>
      <w:r>
        <w:t>6. 150 = 2 × …</w:t>
      </w:r>
    </w:p>
    <w:p>
      <w:r>
        <w:t>7. 1 200 = 2 × …</w:t>
      </w:r>
    </w:p>
    <w:p>
      <w:r>
        <w:t>8. 2 × … = 800</w:t>
      </w:r>
    </w:p>
    <w:p>
      <w:r>
        <w:t>9. 36 = 2 × …</w:t>
      </w:r>
    </w:p>
    <w:p>
      <w:r>
        <w:t>10. 2 × 60 = …</w:t>
      </w:r>
    </w:p>
    <w:p>
      <w:pPr>
        <w:pStyle w:val="Heading2"/>
      </w:pPr>
      <w:r>
        <w:t>Série 2B : fractions usuelles et fractions décimales</w:t>
      </w:r>
    </w:p>
    <w:p>
      <w:r>
        <w:t>Prénom : ______________   Date : __________   Résultats justes : ____ / 10</w:t>
      </w:r>
    </w:p>
    <w:p>
      <w:r>
        <w:t>1. 1/2 + 1/2 = …</w:t>
      </w:r>
    </w:p>
    <w:p>
      <w:r>
        <w:t>2. 1/4 + 1/4 = …</w:t>
      </w:r>
    </w:p>
    <w:p>
      <w:r>
        <w:t>3. 1 − 1/4 = …</w:t>
      </w:r>
    </w:p>
    <w:p>
      <w:r>
        <w:t>4. 1/2 − 1/4 = …</w:t>
      </w:r>
    </w:p>
    <w:p>
      <w:r>
        <w:t>5. 1/2 = …/4</w:t>
      </w:r>
    </w:p>
    <w:p>
      <w:r>
        <w:t>6. 1 = …/4</w:t>
      </w:r>
    </w:p>
    <w:p>
      <w:r>
        <w:t>7. 1/10 = …/100</w:t>
      </w:r>
    </w:p>
    <w:p>
      <w:r>
        <w:t>8. 1 = …/10</w:t>
      </w:r>
    </w:p>
    <w:p>
      <w:r>
        <w:t>9. 1 = …/100</w:t>
      </w:r>
    </w:p>
    <w:p>
      <w:r>
        <w:t>10. 3/10 + 4/10 = …</w:t>
      </w:r>
    </w:p>
    <w:p>
      <w:pPr>
        <w:pStyle w:val="Heading1"/>
      </w:pPr>
      <w:r>
        <w:t>Période 3 : multiplier et diviser par 10, 100 ou 1 000, premiers décimaux</w:t>
      </w:r>
    </w:p>
    <w:p>
      <w:pPr>
        <w:pStyle w:val="Heading2"/>
      </w:pPr>
      <w:r>
        <w:t>Série 3A : multiplier par 10, 100 ou 1 000, diviser par 10</w:t>
      </w:r>
    </w:p>
    <w:p>
      <w:r>
        <w:t>Prénom : ______________   Date : __________   Résultats justes : ____ / 10</w:t>
      </w:r>
    </w:p>
    <w:p>
      <w:r>
        <w:t>1. 10 × 465 = …</w:t>
      </w:r>
    </w:p>
    <w:p>
      <w:r>
        <w:t>2. 100 × 38 = …</w:t>
      </w:r>
    </w:p>
    <w:p>
      <w:r>
        <w:t>3. 1 000 × 72 = …</w:t>
      </w:r>
    </w:p>
    <w:p>
      <w:r>
        <w:t>4. 507 × 100 = …</w:t>
      </w:r>
    </w:p>
    <w:p>
      <w:r>
        <w:t>5. 1 000 × 140 = …</w:t>
      </w:r>
    </w:p>
    <w:p>
      <w:r>
        <w:t>6. 10 × 7,2 = …</w:t>
      </w:r>
    </w:p>
    <w:p>
      <w:r>
        <w:t>7. 10 × 3,45 = …</w:t>
      </w:r>
    </w:p>
    <w:p>
      <w:r>
        <w:t>8. 10 × 0,6 = …</w:t>
      </w:r>
    </w:p>
    <w:p>
      <w:r>
        <w:t>9. 58 ÷ 10 = …</w:t>
      </w:r>
    </w:p>
    <w:p>
      <w:r>
        <w:t>10. 4,5 ÷ 10 = …</w:t>
      </w:r>
    </w:p>
    <w:p>
      <w:pPr>
        <w:pStyle w:val="Heading2"/>
      </w:pPr>
      <w:r>
        <w:t>Série 3B : écriture décimale, ajouter ou soustraire sans retenue</w:t>
      </w:r>
    </w:p>
    <w:p>
      <w:r>
        <w:t>Prénom : ______________   Date : __________   Résultats justes : ____ / 10</w:t>
      </w:r>
    </w:p>
    <w:p>
      <w:r>
        <w:t>1. 1/10 = …</w:t>
      </w:r>
    </w:p>
    <w:p>
      <w:r>
        <w:t>2. 1/100 = …</w:t>
      </w:r>
    </w:p>
    <w:p>
      <w:r>
        <w:t>3. 4,45 + 0,3 = …</w:t>
      </w:r>
    </w:p>
    <w:p>
      <w:r>
        <w:t>4. 0,45 + 3/100 = …</w:t>
      </w:r>
    </w:p>
    <w:p>
      <w:r>
        <w:t>5. 1 462 + 300 = …</w:t>
      </w:r>
    </w:p>
    <w:p>
      <w:r>
        <w:t>6. 6,27 − 0,2 = …</w:t>
      </w:r>
    </w:p>
    <w:p>
      <w:r>
        <w:t>7. 3,58 + 0,01 = …</w:t>
      </w:r>
    </w:p>
    <w:p>
      <w:r>
        <w:t>8. 12,4 + 5 = …</w:t>
      </w:r>
    </w:p>
    <w:p>
      <w:r>
        <w:t>9. 8,96 − 0,05 = …</w:t>
      </w:r>
    </w:p>
    <w:p>
      <w:r>
        <w:t>10. 25 380 − 200 = …</w:t>
      </w:r>
    </w:p>
    <w:p>
      <w:pPr>
        <w:pStyle w:val="Heading1"/>
      </w:pPr>
      <w:r>
        <w:t>Période 4 : dizaines et centaines entières, multiplier par 4, par 8 ou par 5</w:t>
      </w:r>
    </w:p>
    <w:p>
      <w:pPr>
        <w:pStyle w:val="Heading2"/>
      </w:pPr>
      <w:r>
        <w:t>Série 4A : dizaines et centaines entières, multiplier par 4 ou par 8</w:t>
      </w:r>
    </w:p>
    <w:p>
      <w:r>
        <w:t>Prénom : ______________   Date : __________   Résultats justes : ____ / 10</w:t>
      </w:r>
    </w:p>
    <w:p>
      <w:r>
        <w:t>1. 9 × 400 = …</w:t>
      </w:r>
    </w:p>
    <w:p>
      <w:r>
        <w:t>2. 7 × 80 = …</w:t>
      </w:r>
    </w:p>
    <w:p>
      <w:r>
        <w:t>3. 6 × 500 = …</w:t>
      </w:r>
    </w:p>
    <w:p>
      <w:r>
        <w:t>4. 8 × 90 = …</w:t>
      </w:r>
    </w:p>
    <w:p>
      <w:r>
        <w:t>5. 4 × 36 = …</w:t>
      </w:r>
    </w:p>
    <w:p>
      <w:r>
        <w:t>6. 4 × 125 = …</w:t>
      </w:r>
    </w:p>
    <w:p>
      <w:r>
        <w:t>7. 8 × 27 = …</w:t>
      </w:r>
    </w:p>
    <w:p>
      <w:r>
        <w:t>8. 8 × 15 = …</w:t>
      </w:r>
    </w:p>
    <w:p>
      <w:r>
        <w:t>9. 4 × 48 = …</w:t>
      </w:r>
    </w:p>
    <w:p>
      <w:r>
        <w:t>10. 3 × 700 = …</w:t>
      </w:r>
    </w:p>
    <w:p>
      <w:pPr>
        <w:pStyle w:val="Heading2"/>
      </w:pPr>
      <w:r>
        <w:t>Série 4B : multiplier par 5</w:t>
      </w:r>
    </w:p>
    <w:p>
      <w:r>
        <w:t>Prénom : ______________   Date : __________   Résultats justes : ____ / 10</w:t>
      </w:r>
    </w:p>
    <w:p>
      <w:r>
        <w:t>1. 5 × 46 = …</w:t>
      </w:r>
    </w:p>
    <w:p>
      <w:r>
        <w:t>2. 5 × 18 = …</w:t>
      </w:r>
    </w:p>
    <w:p>
      <w:r>
        <w:t>3. 5 × 124 = …</w:t>
      </w:r>
    </w:p>
    <w:p>
      <w:r>
        <w:t>4. 5 × 37 = …</w:t>
      </w:r>
    </w:p>
    <w:p>
      <w:r>
        <w:t>5. 5 × 160 = …</w:t>
      </w:r>
    </w:p>
    <w:p>
      <w:r>
        <w:t>6. 5 × 64 = …</w:t>
      </w:r>
    </w:p>
    <w:p>
      <w:r>
        <w:t>7. 5 × 199 = …</w:t>
      </w:r>
    </w:p>
    <w:p>
      <w:r>
        <w:t>8. 5 × 82 = …</w:t>
      </w:r>
    </w:p>
    <w:p>
      <w:r>
        <w:t>9. 5 × 150 = …</w:t>
      </w:r>
    </w:p>
    <w:p>
      <w:r>
        <w:t>10. 5 × 29 = …</w:t>
      </w:r>
    </w:p>
    <w:p>
      <w:pPr>
        <w:pStyle w:val="Heading1"/>
      </w:pPr>
      <w:r>
        <w:t>Période 5 : distributivité, puis choisir sa procédure</w:t>
      </w:r>
    </w:p>
    <w:p>
      <w:pPr>
        <w:pStyle w:val="Heading2"/>
      </w:pPr>
      <w:r>
        <w:t>Série 5A : utiliser la distributivité</w:t>
      </w:r>
    </w:p>
    <w:p>
      <w:r>
        <w:t>Prénom : ______________   Date : __________   Résultats justes : ____ / 10</w:t>
      </w:r>
    </w:p>
    <w:p>
      <w:r>
        <w:t>1. 21 × 35 = …</w:t>
      </w:r>
    </w:p>
    <w:p>
      <w:r>
        <w:t>2. 12 × 15 = …</w:t>
      </w:r>
    </w:p>
    <w:p>
      <w:r>
        <w:t>3. 31 × 6 = …</w:t>
      </w:r>
    </w:p>
    <w:p>
      <w:r>
        <w:t>4. 25 × 11 = …</w:t>
      </w:r>
    </w:p>
    <w:p>
      <w:r>
        <w:t>5. 14 × 7 = …</w:t>
      </w:r>
    </w:p>
    <w:p>
      <w:r>
        <w:t>6. 22 × 24 = …</w:t>
      </w:r>
    </w:p>
    <w:p>
      <w:r>
        <w:t>7. 9 × 53 = …</w:t>
      </w:r>
    </w:p>
    <w:p>
      <w:r>
        <w:t>8. 41 × 12 = …</w:t>
      </w:r>
    </w:p>
    <w:p>
      <w:r>
        <w:t>9. 13 × 30 = …</w:t>
      </w:r>
    </w:p>
    <w:p>
      <w:r>
        <w:t>10. 15 × 16 = …</w:t>
      </w:r>
    </w:p>
    <w:p>
      <w:pPr>
        <w:pStyle w:val="Heading2"/>
      </w:pPr>
      <w:r>
        <w:t>Série 5B : révision mêlée</w:t>
      </w:r>
    </w:p>
    <w:p>
      <w:r>
        <w:t>Prénom : ______________   Date : __________   Résultats justes : ____ / 10</w:t>
      </w:r>
    </w:p>
    <w:p>
      <w:r>
        <w:t>1. 3 708 + 29 = …</w:t>
      </w:r>
    </w:p>
    <w:p>
      <w:r>
        <w:t>2. 1 000 × 46 = …</w:t>
      </w:r>
    </w:p>
    <w:p>
      <w:r>
        <w:t>3. 2 × … = 34</w:t>
      </w:r>
    </w:p>
    <w:p>
      <w:r>
        <w:t>4. 7,35 + 0,4 = …</w:t>
      </w:r>
    </w:p>
    <w:p>
      <w:r>
        <w:t>5. 8 × 400 = …</w:t>
      </w:r>
    </w:p>
    <w:p>
      <w:r>
        <w:t>6. 5 × 58 = …</w:t>
      </w:r>
    </w:p>
    <w:p>
      <w:r>
        <w:t>7. 1/2 + 1/4 = …</w:t>
      </w:r>
    </w:p>
    <w:p>
      <w:r>
        <w:t>8. 63,8 ÷ 10 = …</w:t>
      </w:r>
    </w:p>
    <w:p>
      <w:r>
        <w:t>9. 4 × 75 = …</w:t>
      </w:r>
    </w:p>
    <w:p>
      <w:r>
        <w:t>10. 60 = 5 × …</w:t>
      </w:r>
    </w:p>
    <w:p>
      <w:pPr>
        <w:pStyle w:val="Heading1"/>
      </w:pPr>
      <w:r>
        <w:t>Série bilan de fin de CM1</w:t>
      </w:r>
    </w:p>
    <w:p>
      <w:r>
        <w:t>Prénom : ______________   Date : __________   Résultats justes : ____ / 20</w:t>
      </w:r>
    </w:p>
    <w:p>
      <w:r>
        <w:t>1. 8 × 7 = …</w:t>
      </w:r>
    </w:p>
    <w:p>
      <w:r>
        <w:t>2. 345 + 19 = …</w:t>
      </w:r>
    </w:p>
    <w:p>
      <w:r>
        <w:t>3. 100 × 67 = …</w:t>
      </w:r>
    </w:p>
    <w:p>
      <w:r>
        <w:t>4. 2 × … = 150</w:t>
      </w:r>
    </w:p>
    <w:p>
      <w:r>
        <w:t>5. 1 − 1/4 = …</w:t>
      </w:r>
    </w:p>
    <w:p>
      <w:r>
        <w:t>6. 10 × 4,8 = …</w:t>
      </w:r>
    </w:p>
    <w:p>
      <w:r>
        <w:t>7. 5,34 + 0,05 = …</w:t>
      </w:r>
    </w:p>
    <w:p>
      <w:r>
        <w:t>8. 7 × 300 = …</w:t>
      </w:r>
    </w:p>
    <w:p>
      <w:r>
        <w:t>9. 4 × 45 = …</w:t>
      </w:r>
    </w:p>
    <w:p>
      <w:r>
        <w:t>10. 802 − 38 = …</w:t>
      </w:r>
    </w:p>
    <w:p>
      <w:r>
        <w:t>11. 5 × 72 = …</w:t>
      </w:r>
    </w:p>
    <w:p>
      <w:r>
        <w:t>12. 1/100 = …</w:t>
      </w:r>
    </w:p>
    <w:p>
      <w:r>
        <w:t>13. 21 × 15 = …</w:t>
      </w:r>
    </w:p>
    <w:p>
      <w:r>
        <w:t>14. 96 ÷ 10 = …</w:t>
      </w:r>
    </w:p>
    <w:p>
      <w:r>
        <w:t>15. 60 = 3 × …</w:t>
      </w:r>
    </w:p>
    <w:p>
      <w:r>
        <w:t>16. 8 × 25 = …</w:t>
      </w:r>
    </w:p>
    <w:p>
      <w:r>
        <w:t>17. 12 645 + 200 = …</w:t>
      </w:r>
    </w:p>
    <w:p>
      <w:r>
        <w:t>18. 1 = …/10</w:t>
      </w:r>
    </w:p>
    <w:p>
      <w:r>
        <w:t>19. 6 × 80 = …</w:t>
      </w:r>
    </w:p>
    <w:p>
      <w:r>
        <w:t>20. 1 000 × 305 = …</w:t>
      </w:r>
    </w:p>
    <w:p>
      <w:r>
        <w:br w:type="page"/>
      </w:r>
    </w:p>
    <w:p>
      <w:pPr>
        <w:pStyle w:val="Heading1"/>
      </w:pPr>
      <w:r>
        <w:t>Corrigés (enseignant)</w:t>
      </w:r>
    </w:p>
    <w:p>
      <w:pPr>
        <w:pStyle w:val="Heading2"/>
      </w:pPr>
      <w:r>
        <w:t>Corrigé : Série 1A : tables, décompositions de 60 et multiples de 25</w:t>
      </w:r>
    </w:p>
    <w:p>
      <w:r>
        <w:t>1. 7 × 8 = 56</w:t>
      </w:r>
    </w:p>
    <w:p>
      <w:r>
        <w:t>2. 6 × 9 = 54</w:t>
      </w:r>
    </w:p>
    <w:p>
      <w:r>
        <w:t>3. 6 × 7 = 42</w:t>
      </w:r>
    </w:p>
    <w:p>
      <w:r>
        <w:t>4. 48 = 8 × 6</w:t>
      </w:r>
    </w:p>
    <w:p>
      <w:r>
        <w:t>5. 60 = 4 × 15</w:t>
      </w:r>
    </w:p>
    <w:p>
      <w:r>
        <w:t>6. 60 = 5 × 12</w:t>
      </w:r>
    </w:p>
    <w:p>
      <w:r>
        <w:t>7. 9 × 9 = 81</w:t>
      </w:r>
    </w:p>
    <w:p>
      <w:r>
        <w:t>8. 3 × 20 = 60</w:t>
      </w:r>
    </w:p>
    <w:p>
      <w:r>
        <w:t>9. 70 = 7 × 10</w:t>
      </w:r>
    </w:p>
    <w:p>
      <w:r>
        <w:t>10. 3 × 25 = 75</w:t>
      </w:r>
    </w:p>
    <w:p>
      <w:pPr>
        <w:pStyle w:val="Heading2"/>
      </w:pPr>
      <w:r>
        <w:t>Corrigé : Série 1B : ajouter ou soustraire 8, 9, 18, 19, 28, 29, 38 ou 39</w:t>
      </w:r>
    </w:p>
    <w:p>
      <w:r>
        <w:t>1. 456 + 38 = 494 (456 + 40 = 496 ; 496 − 2 = 494)</w:t>
      </w:r>
    </w:p>
    <w:p>
      <w:r>
        <w:t>2. 273 + 29 = 302 (273 + 30 = 303 ; 303 − 1 = 302)</w:t>
      </w:r>
    </w:p>
    <w:p>
      <w:r>
        <w:t>3. 1 845 + 18 = 1 863 (1 845 + 20 = 1 865 ; 1 865 − 2 = 1 863)</w:t>
      </w:r>
    </w:p>
    <w:p>
      <w:r>
        <w:t>4. 562 − 39 = 523 (562 − 40 = 522 ; 522 + 1 = 523)</w:t>
      </w:r>
    </w:p>
    <w:p>
      <w:r>
        <w:t>5. 704 − 28 = 676 (704 − 30 = 674 ; 674 + 2 = 676)</w:t>
      </w:r>
    </w:p>
    <w:p>
      <w:r>
        <w:t>6. 3 090 + 9 = 3 099</w:t>
      </w:r>
    </w:p>
    <w:p>
      <w:r>
        <w:t>7. 615 − 19 = 596 (615 − 20 = 595 ; 595 + 1 = 596)</w:t>
      </w:r>
    </w:p>
    <w:p>
      <w:r>
        <w:t>8. 2 347 + 39 = 2 386 (2 347 + 40 = 2 387 ; 2 387 − 1 = 2 386)</w:t>
      </w:r>
    </w:p>
    <w:p>
      <w:r>
        <w:t>9. 820 − 8 = 812 (820 − 10 = 810 ; 810 + 2 = 812)</w:t>
      </w:r>
    </w:p>
    <w:p>
      <w:r>
        <w:t>10. 4 506 − 38 = 4 468 (4 506 − 40 = 4 466 ; 4 466 + 2 = 4 468)</w:t>
      </w:r>
    </w:p>
    <w:p>
      <w:pPr>
        <w:pStyle w:val="Heading2"/>
      </w:pPr>
      <w:r>
        <w:t>Corrigé : Série 2A : doubles et moitiés</w:t>
      </w:r>
    </w:p>
    <w:p>
      <w:r>
        <w:t>1. 2 × 17 = 34</w:t>
      </w:r>
    </w:p>
    <w:p>
      <w:r>
        <w:t>2. 2 × 75 = 150</w:t>
      </w:r>
    </w:p>
    <w:p>
      <w:r>
        <w:t>3. 2 × 19 = 38</w:t>
      </w:r>
    </w:p>
    <w:p>
      <w:r>
        <w:t>4. 2 × 600 = 1 200</w:t>
      </w:r>
    </w:p>
    <w:p>
      <w:r>
        <w:t>5. 120 = 2 × 60</w:t>
      </w:r>
    </w:p>
    <w:p>
      <w:r>
        <w:t>6. 150 = 2 × 75</w:t>
      </w:r>
    </w:p>
    <w:p>
      <w:r>
        <w:t>7. 1 200 = 2 × 600</w:t>
      </w:r>
    </w:p>
    <w:p>
      <w:r>
        <w:t>8. 2 × 400 = 800</w:t>
      </w:r>
    </w:p>
    <w:p>
      <w:r>
        <w:t>9. 36 = 2 × 18</w:t>
      </w:r>
    </w:p>
    <w:p>
      <w:r>
        <w:t>10. 2 × 60 = 120</w:t>
      </w:r>
    </w:p>
    <w:p>
      <w:pPr>
        <w:pStyle w:val="Heading2"/>
      </w:pPr>
      <w:r>
        <w:t>Corrigé : Série 2B : fractions usuelles et fractions décimales</w:t>
      </w:r>
    </w:p>
    <w:p>
      <w:r>
        <w:t>1. 1/2 + 1/2 = 1</w:t>
      </w:r>
    </w:p>
    <w:p>
      <w:r>
        <w:t>2. 1/4 + 1/4 = 1/2</w:t>
      </w:r>
    </w:p>
    <w:p>
      <w:r>
        <w:t>3. 1 − 1/4 = 3/4</w:t>
      </w:r>
    </w:p>
    <w:p>
      <w:r>
        <w:t>4. 1/2 − 1/4 = 1/4</w:t>
      </w:r>
    </w:p>
    <w:p>
      <w:r>
        <w:t>5. 1/2 = 2/4</w:t>
      </w:r>
    </w:p>
    <w:p>
      <w:r>
        <w:t>6. 1 = 4/4</w:t>
      </w:r>
    </w:p>
    <w:p>
      <w:r>
        <w:t>7. 1/10 = 10/100</w:t>
      </w:r>
    </w:p>
    <w:p>
      <w:r>
        <w:t>8. 1 = 10/10</w:t>
      </w:r>
    </w:p>
    <w:p>
      <w:r>
        <w:t>9. 1 = 100/100</w:t>
      </w:r>
    </w:p>
    <w:p>
      <w:r>
        <w:t>10. 3/10 + 4/10 = 7/10</w:t>
      </w:r>
    </w:p>
    <w:p>
      <w:pPr>
        <w:pStyle w:val="Heading2"/>
      </w:pPr>
      <w:r>
        <w:t>Corrigé : Série 3A : multiplier par 10, 100 ou 1 000, diviser par 10</w:t>
      </w:r>
    </w:p>
    <w:p>
      <w:r>
        <w:t>1. 10 × 465 = 4 650</w:t>
      </w:r>
    </w:p>
    <w:p>
      <w:r>
        <w:t>2. 100 × 38 = 3 800</w:t>
      </w:r>
    </w:p>
    <w:p>
      <w:r>
        <w:t>3. 1 000 × 72 = 72 000</w:t>
      </w:r>
    </w:p>
    <w:p>
      <w:r>
        <w:t>4. 507 × 100 = 50 700</w:t>
      </w:r>
    </w:p>
    <w:p>
      <w:r>
        <w:t>5. 1 000 × 140 = 140 000</w:t>
      </w:r>
    </w:p>
    <w:p>
      <w:r>
        <w:t>6. 10 × 7,2 = 72</w:t>
      </w:r>
    </w:p>
    <w:p>
      <w:r>
        <w:t>7. 10 × 3,45 = 34,5</w:t>
      </w:r>
    </w:p>
    <w:p>
      <w:r>
        <w:t>8. 10 × 0,6 = 6</w:t>
      </w:r>
    </w:p>
    <w:p>
      <w:r>
        <w:t>9. 58 ÷ 10 = 5,8</w:t>
      </w:r>
    </w:p>
    <w:p>
      <w:r>
        <w:t>10. 4,5 ÷ 10 = 0,45</w:t>
      </w:r>
    </w:p>
    <w:p>
      <w:pPr>
        <w:pStyle w:val="Heading2"/>
      </w:pPr>
      <w:r>
        <w:t>Corrigé : Série 3B : écriture décimale, ajouter ou soustraire sans retenue</w:t>
      </w:r>
    </w:p>
    <w:p>
      <w:r>
        <w:t>1. 1/10 = 0,1</w:t>
      </w:r>
    </w:p>
    <w:p>
      <w:r>
        <w:t>2. 1/100 = 0,01</w:t>
      </w:r>
    </w:p>
    <w:p>
      <w:r>
        <w:t>3. 4,45 + 0,3 = 4,75</w:t>
      </w:r>
    </w:p>
    <w:p>
      <w:r>
        <w:t>4. 0,45 + 3/100 = 0,48</w:t>
      </w:r>
    </w:p>
    <w:p>
      <w:r>
        <w:t>5. 1 462 + 300 = 1 762</w:t>
      </w:r>
    </w:p>
    <w:p>
      <w:r>
        <w:t>6. 6,27 − 0,2 = 6,07</w:t>
      </w:r>
    </w:p>
    <w:p>
      <w:r>
        <w:t>7. 3,58 + 0,01 = 3,59</w:t>
      </w:r>
    </w:p>
    <w:p>
      <w:r>
        <w:t>8. 12,4 + 5 = 17,4</w:t>
      </w:r>
    </w:p>
    <w:p>
      <w:r>
        <w:t>9. 8,96 − 0,05 = 8,91</w:t>
      </w:r>
    </w:p>
    <w:p>
      <w:r>
        <w:t>10. 25 380 − 200 = 25 180</w:t>
      </w:r>
    </w:p>
    <w:p>
      <w:pPr>
        <w:pStyle w:val="Heading2"/>
      </w:pPr>
      <w:r>
        <w:t>Corrigé : Série 4A : dizaines et centaines entières, multiplier par 4 ou par 8</w:t>
      </w:r>
    </w:p>
    <w:p>
      <w:r>
        <w:t>1. 9 × 400 = 3 600 (9 × 4 = 36 ; 36 × 100 = 3 600)</w:t>
      </w:r>
    </w:p>
    <w:p>
      <w:r>
        <w:t>2. 7 × 80 = 560 (7 × 8 = 56 ; 56 × 10 = 560)</w:t>
      </w:r>
    </w:p>
    <w:p>
      <w:r>
        <w:t>3. 6 × 500 = 3 000 (6 × 5 = 30 ; 30 × 100 = 3 000)</w:t>
      </w:r>
    </w:p>
    <w:p>
      <w:r>
        <w:t>4. 8 × 90 = 720 (8 × 9 = 72 ; 72 × 10 = 720)</w:t>
      </w:r>
    </w:p>
    <w:p>
      <w:r>
        <w:t>5. 4 × 36 = 144 (2 × 36 = 72 ; 2 × 72 = 144)</w:t>
      </w:r>
    </w:p>
    <w:p>
      <w:r>
        <w:t>6. 4 × 125 = 500 (2 × 125 = 250 ; 2 × 250 = 500)</w:t>
      </w:r>
    </w:p>
    <w:p>
      <w:r>
        <w:t>7. 8 × 27 = 216 (2 × 27 = 54 ; 2 × 54 = 108 ; 2 × 108 = 216)</w:t>
      </w:r>
    </w:p>
    <w:p>
      <w:r>
        <w:t>8. 8 × 15 = 120 (2 × 15 = 30 ; 2 × 30 = 60 ; 2 × 60 = 120)</w:t>
      </w:r>
    </w:p>
    <w:p>
      <w:r>
        <w:t>9. 4 × 48 = 192 (2 × 48 = 96 ; 2 × 96 = 192)</w:t>
      </w:r>
    </w:p>
    <w:p>
      <w:r>
        <w:t>10. 3 × 700 = 2 100 (3 × 7 = 21 ; 21 × 100 = 2 100)</w:t>
      </w:r>
    </w:p>
    <w:p>
      <w:pPr>
        <w:pStyle w:val="Heading2"/>
      </w:pPr>
      <w:r>
        <w:t>Corrigé : Série 4B : multiplier par 5</w:t>
      </w:r>
    </w:p>
    <w:p>
      <w:r>
        <w:t>1. 5 × 46 = 230 (10 × 46 = 460 ; 460 ÷ 2 = 230)</w:t>
      </w:r>
    </w:p>
    <w:p>
      <w:r>
        <w:t>2. 5 × 18 = 90 (10 × 18 = 180 ; 180 ÷ 2 = 90)</w:t>
      </w:r>
    </w:p>
    <w:p>
      <w:r>
        <w:t>3. 5 × 124 = 620 (10 × 124 = 1 240 ; 1 240 ÷ 2 = 620)</w:t>
      </w:r>
    </w:p>
    <w:p>
      <w:r>
        <w:t>4. 5 × 37 = 185 (10 × 37 = 370 ; 370 ÷ 2 = 185)</w:t>
      </w:r>
    </w:p>
    <w:p>
      <w:r>
        <w:t>5. 5 × 160 = 800 (10 × 160 = 1 600 ; 1 600 ÷ 2 = 800)</w:t>
      </w:r>
    </w:p>
    <w:p>
      <w:r>
        <w:t>6. 5 × 64 = 320 (10 × 64 = 640 ; 640 ÷ 2 = 320)</w:t>
      </w:r>
    </w:p>
    <w:p>
      <w:r>
        <w:t>7. 5 × 199 = 995 (10 × 199 = 1 990 ; 1 990 ÷ 2 = 995)</w:t>
      </w:r>
    </w:p>
    <w:p>
      <w:r>
        <w:t>8. 5 × 82 = 410 (10 × 82 = 820 ; 820 ÷ 2 = 410)</w:t>
      </w:r>
    </w:p>
    <w:p>
      <w:r>
        <w:t>9. 5 × 150 = 750 (10 × 150 = 1 500 ; 1 500 ÷ 2 = 750)</w:t>
      </w:r>
    </w:p>
    <w:p>
      <w:r>
        <w:t>10. 5 × 29 = 145 (10 × 29 = 290 ; 290 ÷ 2 = 145)</w:t>
      </w:r>
    </w:p>
    <w:p>
      <w:pPr>
        <w:pStyle w:val="Heading2"/>
      </w:pPr>
      <w:r>
        <w:t>Corrigé : Série 5A : utiliser la distributivité</w:t>
      </w:r>
    </w:p>
    <w:p>
      <w:r>
        <w:t>1. 21 × 35 = 735 (20 × 35 = 700 ; 1 × 35 = 35 ; 700 + 35 = 735)</w:t>
      </w:r>
    </w:p>
    <w:p>
      <w:r>
        <w:t>2. 12 × 15 = 180 (10 × 15 = 150 ; 2 × 15 = 30 ; 150 + 30 = 180)</w:t>
      </w:r>
    </w:p>
    <w:p>
      <w:r>
        <w:t>3. 31 × 6 = 186 (30 × 6 = 180 ; 1 × 6 = 6 ; 180 + 6 = 186)</w:t>
      </w:r>
    </w:p>
    <w:p>
      <w:r>
        <w:t>4. 25 × 11 = 275 (25 × 10 = 250 ; 25 × 1 = 25 ; 250 + 25 = 275)</w:t>
      </w:r>
    </w:p>
    <w:p>
      <w:r>
        <w:t>5. 14 × 7 = 98 (10 × 7 = 70 ; 4 × 7 = 28 ; 70 + 28 = 98)</w:t>
      </w:r>
    </w:p>
    <w:p>
      <w:r>
        <w:t>6. 22 × 24 = 528 (20 × 24 = 480 ; 2 × 24 = 48 ; 480 + 48 = 528)</w:t>
      </w:r>
    </w:p>
    <w:p>
      <w:r>
        <w:t>7. 9 × 53 = 477 (9 × 50 = 450 ; 9 × 3 = 27 ; 450 + 27 = 477)</w:t>
      </w:r>
    </w:p>
    <w:p>
      <w:r>
        <w:t>8. 41 × 12 = 492 (40 × 12 = 480 ; 1 × 12 = 12 ; 480 + 12 = 492)</w:t>
      </w:r>
    </w:p>
    <w:p>
      <w:r>
        <w:t>9. 13 × 30 = 390 (10 × 30 = 300 ; 3 × 30 = 90 ; 300 + 90 = 390)</w:t>
      </w:r>
    </w:p>
    <w:p>
      <w:r>
        <w:t>10. 15 × 16 = 240 (10 × 16 = 160 ; 5 × 16 = 80 ; 160 + 80 = 240)</w:t>
      </w:r>
    </w:p>
    <w:p>
      <w:pPr>
        <w:pStyle w:val="Heading2"/>
      </w:pPr>
      <w:r>
        <w:t>Corrigé : Série 5B : révision mêlée</w:t>
      </w:r>
    </w:p>
    <w:p>
      <w:r>
        <w:t>1. 3 708 + 29 = 3 737 (3 708 + 30 = 3 738 ; 3 738 − 1 = 3 737)</w:t>
      </w:r>
    </w:p>
    <w:p>
      <w:r>
        <w:t>2. 1 000 × 46 = 46 000</w:t>
      </w:r>
    </w:p>
    <w:p>
      <w:r>
        <w:t>3. 2 × 17 = 34</w:t>
      </w:r>
    </w:p>
    <w:p>
      <w:r>
        <w:t>4. 7,35 + 0,4 = 7,75</w:t>
      </w:r>
    </w:p>
    <w:p>
      <w:r>
        <w:t>5. 8 × 400 = 3 200 (8 × 4 = 32 ; 32 × 100 = 3 200)</w:t>
      </w:r>
    </w:p>
    <w:p>
      <w:r>
        <w:t>6. 5 × 58 = 290 (10 × 58 = 580 ; 580 ÷ 2 = 290)</w:t>
      </w:r>
    </w:p>
    <w:p>
      <w:r>
        <w:t>7. 1/2 + 1/4 = 3/4</w:t>
      </w:r>
    </w:p>
    <w:p>
      <w:r>
        <w:t>8. 63,8 ÷ 10 = 6,38</w:t>
      </w:r>
    </w:p>
    <w:p>
      <w:r>
        <w:t>9. 4 × 75 = 300 (2 × 75 = 150 ; 2 × 150 = 300)</w:t>
      </w:r>
    </w:p>
    <w:p>
      <w:r>
        <w:t>10. 60 = 5 × 12</w:t>
      </w:r>
    </w:p>
    <w:p>
      <w:pPr>
        <w:pStyle w:val="Heading2"/>
      </w:pPr>
      <w:r>
        <w:t>Corrigé : Série bilan de fin de CM1</w:t>
      </w:r>
    </w:p>
    <w:p>
      <w:r>
        <w:t>1. 8 × 7 = 56</w:t>
      </w:r>
    </w:p>
    <w:p>
      <w:r>
        <w:t>2. 345 + 19 = 364 (345 + 20 = 365 ; 365 − 1 = 364)</w:t>
      </w:r>
    </w:p>
    <w:p>
      <w:r>
        <w:t>3. 100 × 67 = 6 700</w:t>
      </w:r>
    </w:p>
    <w:p>
      <w:r>
        <w:t>4. 2 × 75 = 150</w:t>
      </w:r>
    </w:p>
    <w:p>
      <w:r>
        <w:t>5. 1 − 1/4 = 3/4</w:t>
      </w:r>
    </w:p>
    <w:p>
      <w:r>
        <w:t>6. 10 × 4,8 = 48</w:t>
      </w:r>
    </w:p>
    <w:p>
      <w:r>
        <w:t>7. 5,34 + 0,05 = 5,39</w:t>
      </w:r>
    </w:p>
    <w:p>
      <w:r>
        <w:t>8. 7 × 300 = 2 100 (7 × 3 = 21 ; 21 × 100 = 2 100)</w:t>
      </w:r>
    </w:p>
    <w:p>
      <w:r>
        <w:t>9. 4 × 45 = 180 (2 × 45 = 90 ; 2 × 90 = 180)</w:t>
      </w:r>
    </w:p>
    <w:p>
      <w:r>
        <w:t>10. 802 − 38 = 764 (802 − 40 = 762 ; 762 + 2 = 764)</w:t>
      </w:r>
    </w:p>
    <w:p>
      <w:r>
        <w:t>11. 5 × 72 = 360 (10 × 72 = 720 ; 720 ÷ 2 = 360)</w:t>
      </w:r>
    </w:p>
    <w:p>
      <w:r>
        <w:t>12. 1/100 = 0,01</w:t>
      </w:r>
    </w:p>
    <w:p>
      <w:r>
        <w:t>13. 21 × 15 = 315 (20 × 15 = 300 ; 1 × 15 = 15 ; 300 + 15 = 315)</w:t>
      </w:r>
    </w:p>
    <w:p>
      <w:r>
        <w:t>14. 96 ÷ 10 = 9,6</w:t>
      </w:r>
    </w:p>
    <w:p>
      <w:r>
        <w:t>15. 60 = 3 × 20</w:t>
      </w:r>
    </w:p>
    <w:p>
      <w:r>
        <w:t>16. 8 × 25 = 200 (2 × 25 = 50 ; 2 × 50 = 100 ; 2 × 100 = 200)</w:t>
      </w:r>
    </w:p>
    <w:p>
      <w:r>
        <w:t>17. 12 645 + 200 = 12 845</w:t>
      </w:r>
    </w:p>
    <w:p>
      <w:r>
        <w:t>18. 1 = 10/10</w:t>
      </w:r>
    </w:p>
    <w:p>
      <w:r>
        <w:t>19. 6 × 80 = 480 (6 × 8 = 48 ; 48 × 10 = 480)</w:t>
      </w:r>
    </w:p>
    <w:p>
      <w:r>
        <w:t>20. 1 000 × 305 = 305 000</w:t>
      </w:r>
    </w:p>
    <w:p>
      <w:r>
        <w:t>Source : programme de mathématiques du cycle 3, BO n°16 du 17/04/2025. Mise à jour : 23/10/2026.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mental CM1 : séries modifiables</dc:title>
  <dc:subject/>
  <dc:creator>Prépare Mes Cours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