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Calcul mental CE2 : dix séries et un test de fluence modifiables</w:t>
      </w:r>
    </w:p>
    <w:p>
      <w:pPr>
        <w:pStyle w:val="Heading1"/>
      </w:pPr>
      <w:r>
        <w:t>Période 1 : réactiver les tables d’addition et les procédures du CE1</w:t>
      </w:r>
    </w:p>
    <w:p>
      <w:pPr>
        <w:pStyle w:val="Heading2"/>
      </w:pPr>
      <w:r>
        <w:t>Série 1A : tables d’addition dans les deux sens</w:t>
      </w:r>
    </w:p>
    <w:p>
      <w:r>
        <w:t>Prénom : ______________   Date : __________   Résultats justes : ____ / 10</w:t>
      </w:r>
    </w:p>
    <w:p>
      <w:r>
        <w:t>1. 8 + 7 = …</w:t>
      </w:r>
    </w:p>
    <w:p>
      <w:r>
        <w:t>2. 6 + … = 13</w:t>
      </w:r>
    </w:p>
    <w:p>
      <w:r>
        <w:t>3. … + 9 = 17</w:t>
      </w:r>
    </w:p>
    <w:p>
      <w:r>
        <w:t>4. 14 = 5 + …</w:t>
      </w:r>
    </w:p>
    <w:p>
      <w:r>
        <w:t>5. 9 + 6 = …</w:t>
      </w:r>
    </w:p>
    <w:p>
      <w:r>
        <w:t>6. 7 + … = 16</w:t>
      </w:r>
    </w:p>
    <w:p>
      <w:r>
        <w:t>7. 12 = … + 4</w:t>
      </w:r>
    </w:p>
    <w:p>
      <w:r>
        <w:t>8. 8 + 8 = …</w:t>
      </w:r>
    </w:p>
    <w:p>
      <w:r>
        <w:t>9. … + 6 = 11</w:t>
      </w:r>
    </w:p>
    <w:p>
      <w:r>
        <w:t>10. 18 = 9 + …</w:t>
      </w:r>
    </w:p>
    <w:p>
      <w:pPr>
        <w:pStyle w:val="Heading2"/>
      </w:pPr>
      <w:r>
        <w:t>Série 1B : dizaines, centaines, ajouter 9, 19 ou 29</w:t>
      </w:r>
    </w:p>
    <w:p>
      <w:r>
        <w:t>Prénom : ______________   Date : __________   Résultats justes : ____ / 10</w:t>
      </w:r>
    </w:p>
    <w:p>
      <w:r>
        <w:t>1. 352 + 40 = …</w:t>
      </w:r>
    </w:p>
    <w:p>
      <w:r>
        <w:t>2. 781 − 50 = …</w:t>
      </w:r>
    </w:p>
    <w:p>
      <w:r>
        <w:t>3. 465 + 300 = …</w:t>
      </w:r>
    </w:p>
    <w:p>
      <w:r>
        <w:t>4. 2 840 − 600 = …</w:t>
      </w:r>
    </w:p>
    <w:p>
      <w:r>
        <w:t>5. 657 + 70 = …</w:t>
      </w:r>
    </w:p>
    <w:p>
      <w:r>
        <w:t>6. 48 + 9 = …</w:t>
      </w:r>
    </w:p>
    <w:p>
      <w:r>
        <w:t>7. 63 + 19 = …</w:t>
      </w:r>
    </w:p>
    <w:p>
      <w:r>
        <w:t>8. 125 + 29 = …</w:t>
      </w:r>
    </w:p>
    <w:p>
      <w:r>
        <w:t>9. 84 − 9 = …</w:t>
      </w:r>
    </w:p>
    <w:p>
      <w:r>
        <w:t>10. 3 500 + 400 = …</w:t>
      </w:r>
    </w:p>
    <w:p>
      <w:pPr>
        <w:pStyle w:val="Heading1"/>
      </w:pPr>
      <w:r>
        <w:t>Période 2 : tables de multiplication, multiplier par 10 et par 100</w:t>
      </w:r>
    </w:p>
    <w:p>
      <w:pPr>
        <w:pStyle w:val="Heading2"/>
      </w:pPr>
      <w:r>
        <w:t>Série 2A : tables de multiplication dans les deux sens</w:t>
      </w:r>
    </w:p>
    <w:p>
      <w:r>
        <w:t>Prénom : ______________   Date : __________   Résultats justes : ____ / 10</w:t>
      </w:r>
    </w:p>
    <w:p>
      <w:r>
        <w:t>1. 6 × 7 = …</w:t>
      </w:r>
    </w:p>
    <w:p>
      <w:r>
        <w:t>2. 8 × … = 32</w:t>
      </w:r>
    </w:p>
    <w:p>
      <w:r>
        <w:t>3. … × 9 = 45</w:t>
      </w:r>
    </w:p>
    <w:p>
      <w:r>
        <w:t>4. 36 = 4 × …</w:t>
      </w:r>
    </w:p>
    <w:p>
      <w:r>
        <w:t>5. 7 × 8 = …</w:t>
      </w:r>
    </w:p>
    <w:p>
      <w:r>
        <w:t>6. 3 × … = 27</w:t>
      </w:r>
    </w:p>
    <w:p>
      <w:r>
        <w:t>7. 54 = … × 9</w:t>
      </w:r>
    </w:p>
    <w:p>
      <w:r>
        <w:t>8. 9 × 9 = …</w:t>
      </w:r>
    </w:p>
    <w:p>
      <w:r>
        <w:t>9. 6 × … = 48</w:t>
      </w:r>
    </w:p>
    <w:p>
      <w:r>
        <w:t>10. 40 = 8 × …</w:t>
      </w:r>
    </w:p>
    <w:p>
      <w:pPr>
        <w:pStyle w:val="Heading2"/>
      </w:pPr>
      <w:r>
        <w:t>Série 2B : multiplier par 10 ou par 100</w:t>
      </w:r>
    </w:p>
    <w:p>
      <w:r>
        <w:t>Prénom : ______________   Date : __________   Résultats justes : ____ / 10</w:t>
      </w:r>
    </w:p>
    <w:p>
      <w:r>
        <w:t>1. 10 × 36 = …</w:t>
      </w:r>
    </w:p>
    <w:p>
      <w:r>
        <w:t>2. 58 × 10 = …</w:t>
      </w:r>
    </w:p>
    <w:p>
      <w:r>
        <w:t>3. 10 × 407 = …</w:t>
      </w:r>
    </w:p>
    <w:p>
      <w:r>
        <w:t>4. 100 × 23 = …</w:t>
      </w:r>
    </w:p>
    <w:p>
      <w:r>
        <w:t>5. 615 × 10 = …</w:t>
      </w:r>
    </w:p>
    <w:p>
      <w:r>
        <w:t>6. 100 × 9 = …</w:t>
      </w:r>
    </w:p>
    <w:p>
      <w:r>
        <w:t>7. 10 × … = 830</w:t>
      </w:r>
    </w:p>
    <w:p>
      <w:r>
        <w:t>8. … × 100 = 7 000</w:t>
      </w:r>
    </w:p>
    <w:p>
      <w:r>
        <w:t>9. 10 × 990 = …</w:t>
      </w:r>
    </w:p>
    <w:p>
      <w:r>
        <w:t>10. 100 × 45 = …</w:t>
      </w:r>
    </w:p>
    <w:p>
      <w:pPr>
        <w:pStyle w:val="Heading1"/>
      </w:pPr>
      <w:r>
        <w:t>Période 3 : ajouter et soustraire en passant par la dizaine, doubles et moitiés</w:t>
      </w:r>
    </w:p>
    <w:p>
      <w:pPr>
        <w:pStyle w:val="Heading2"/>
      </w:pPr>
      <w:r>
        <w:t>Série 3A : ajouter 8, 18, 28, 38 ou 39, soustraire 19, 29 ou 39</w:t>
      </w:r>
    </w:p>
    <w:p>
      <w:r>
        <w:t>Prénom : ______________   Date : __________   Résultats justes : ____ / 10</w:t>
      </w:r>
    </w:p>
    <w:p>
      <w:r>
        <w:t>1. 47 + 8 = …</w:t>
      </w:r>
    </w:p>
    <w:p>
      <w:r>
        <w:t>2. 65 + 18 = …</w:t>
      </w:r>
    </w:p>
    <w:p>
      <w:r>
        <w:t>3. 136 + 28 = …</w:t>
      </w:r>
    </w:p>
    <w:p>
      <w:r>
        <w:t>4. 254 + 38 = …</w:t>
      </w:r>
    </w:p>
    <w:p>
      <w:r>
        <w:t>5. 72 + 39 = …</w:t>
      </w:r>
    </w:p>
    <w:p>
      <w:r>
        <w:t>6. 91 − 19 = …</w:t>
      </w:r>
    </w:p>
    <w:p>
      <w:r>
        <w:t>7. 143 − 29 = …</w:t>
      </w:r>
    </w:p>
    <w:p>
      <w:r>
        <w:t>8. 280 − 39 = …</w:t>
      </w:r>
    </w:p>
    <w:p>
      <w:r>
        <w:t>9. 1 456 + 28 = …</w:t>
      </w:r>
    </w:p>
    <w:p>
      <w:r>
        <w:t>10. 5 062 − 19 = …</w:t>
      </w:r>
    </w:p>
    <w:p>
      <w:pPr>
        <w:pStyle w:val="Heading2"/>
      </w:pPr>
      <w:r>
        <w:t>Série 3B : doubles et moitiés</w:t>
      </w:r>
    </w:p>
    <w:p>
      <w:r>
        <w:t>Prénom : ______________   Date : __________   Résultats justes : ____ / 10</w:t>
      </w:r>
    </w:p>
    <w:p>
      <w:r>
        <w:t>1. 2 × 17 = …</w:t>
      </w:r>
    </w:p>
    <w:p>
      <w:r>
        <w:t>2. 2 × 75 = …</w:t>
      </w:r>
    </w:p>
    <w:p>
      <w:r>
        <w:t>3. 2 × 250 = …</w:t>
      </w:r>
    </w:p>
    <w:p>
      <w:r>
        <w:t>4. 2 × … = 36</w:t>
      </w:r>
    </w:p>
    <w:p>
      <w:r>
        <w:t>5. 2 × … = 120</w:t>
      </w:r>
    </w:p>
    <w:p>
      <w:r>
        <w:t>6. 38 = 2 × …</w:t>
      </w:r>
    </w:p>
    <w:p>
      <w:r>
        <w:t>7. 90 = 2 × …</w:t>
      </w:r>
    </w:p>
    <w:p>
      <w:r>
        <w:t>8. 1 200 = 2 × …</w:t>
      </w:r>
    </w:p>
    <w:p>
      <w:r>
        <w:t>9. 2 × 35 = …</w:t>
      </w:r>
    </w:p>
    <w:p>
      <w:r>
        <w:t>10. 800 = 2 × …</w:t>
      </w:r>
    </w:p>
    <w:p>
      <w:pPr>
        <w:pStyle w:val="Heading1"/>
      </w:pPr>
      <w:r>
        <w:t>Période 4 : multiplier par 4, par 8 et par des dizaines entières</w:t>
      </w:r>
    </w:p>
    <w:p>
      <w:pPr>
        <w:pStyle w:val="Heading2"/>
      </w:pPr>
      <w:r>
        <w:t>Série 4A : multiplier par 4 ou par 8</w:t>
      </w:r>
    </w:p>
    <w:p>
      <w:r>
        <w:t>Prénom : ______________   Date : __________   Résultats justes : ____ / 10</w:t>
      </w:r>
    </w:p>
    <w:p>
      <w:r>
        <w:t>1. 4 × 12 = …</w:t>
      </w:r>
    </w:p>
    <w:p>
      <w:r>
        <w:t>2. 4 × 35 = …</w:t>
      </w:r>
    </w:p>
    <w:p>
      <w:r>
        <w:t>3. 4 × 16 = …</w:t>
      </w:r>
    </w:p>
    <w:p>
      <w:r>
        <w:t>4. 4 × 150 = …</w:t>
      </w:r>
    </w:p>
    <w:p>
      <w:r>
        <w:t>5. 4 × 23 = …</w:t>
      </w:r>
    </w:p>
    <w:p>
      <w:r>
        <w:t>6. 4 × 250 = …</w:t>
      </w:r>
    </w:p>
    <w:p>
      <w:r>
        <w:t>7. 8 × 12 = …</w:t>
      </w:r>
    </w:p>
    <w:p>
      <w:r>
        <w:t>8. 8 × 25 = …</w:t>
      </w:r>
    </w:p>
    <w:p>
      <w:r>
        <w:t>9. 8 × 15 = …</w:t>
      </w:r>
    </w:p>
    <w:p>
      <w:r>
        <w:t>10. 8 × 31 = …</w:t>
      </w:r>
    </w:p>
    <w:p>
      <w:pPr>
        <w:pStyle w:val="Heading2"/>
      </w:pPr>
      <w:r>
        <w:t>Série 4B : dizaines entières, multiples de 25, décompositions de 60</w:t>
      </w:r>
    </w:p>
    <w:p>
      <w:r>
        <w:t>Prénom : ______________   Date : __________   Résultats justes : ____ / 10</w:t>
      </w:r>
    </w:p>
    <w:p>
      <w:r>
        <w:t>1. 7 × 30 = …</w:t>
      </w:r>
    </w:p>
    <w:p>
      <w:r>
        <w:t>2. 6 × 50 = …</w:t>
      </w:r>
    </w:p>
    <w:p>
      <w:r>
        <w:t>3. 8 × 40 = …</w:t>
      </w:r>
    </w:p>
    <w:p>
      <w:r>
        <w:t>4. 9 × 70 = …</w:t>
      </w:r>
    </w:p>
    <w:p>
      <w:r>
        <w:t>5. 3 × 25 = …</w:t>
      </w:r>
    </w:p>
    <w:p>
      <w:r>
        <w:t>6. 4 × 25 = …</w:t>
      </w:r>
    </w:p>
    <w:p>
      <w:r>
        <w:t>7. 60 = 5 × …</w:t>
      </w:r>
    </w:p>
    <w:p>
      <w:r>
        <w:t>8. 60 = 3 × …</w:t>
      </w:r>
    </w:p>
    <w:p>
      <w:r>
        <w:t>9. 5 × 80 = …</w:t>
      </w:r>
    </w:p>
    <w:p>
      <w:r>
        <w:t>10. 60 = … × 15</w:t>
      </w:r>
    </w:p>
    <w:p>
      <w:pPr>
        <w:pStyle w:val="Heading1"/>
      </w:pPr>
      <w:r>
        <w:t>Période 5 : décomposer pour multiplier, puis choisir sa procédure</w:t>
      </w:r>
    </w:p>
    <w:p>
      <w:pPr>
        <w:pStyle w:val="Heading2"/>
      </w:pPr>
      <w:r>
        <w:t>Série 5A : décomposer un facteur pour multiplier</w:t>
      </w:r>
    </w:p>
    <w:p>
      <w:r>
        <w:t>Prénom : ______________   Date : __________   Résultats justes : ____ / 10</w:t>
      </w:r>
    </w:p>
    <w:p>
      <w:r>
        <w:t>1. 13 × 6 = …</w:t>
      </w:r>
    </w:p>
    <w:p>
      <w:r>
        <w:t>2. 21 × 4 = …</w:t>
      </w:r>
    </w:p>
    <w:p>
      <w:r>
        <w:t>3. 34 × 3 = …</w:t>
      </w:r>
    </w:p>
    <w:p>
      <w:r>
        <w:t>4. 7 × 15 = …</w:t>
      </w:r>
    </w:p>
    <w:p>
      <w:r>
        <w:t>5. 42 × 5 = …</w:t>
      </w:r>
    </w:p>
    <w:p>
      <w:r>
        <w:t>6. 6 × 26 = …</w:t>
      </w:r>
    </w:p>
    <w:p>
      <w:r>
        <w:t>7. 53 × 7 = …</w:t>
      </w:r>
    </w:p>
    <w:p>
      <w:r>
        <w:t>8. 9 × 18 = …</w:t>
      </w:r>
    </w:p>
    <w:p>
      <w:r>
        <w:t>9. 64 × 3 = …</w:t>
      </w:r>
    </w:p>
    <w:p>
      <w:r>
        <w:t>10. 8 × 47 = …</w:t>
      </w:r>
    </w:p>
    <w:p>
      <w:pPr>
        <w:pStyle w:val="Heading2"/>
      </w:pPr>
      <w:r>
        <w:t>Série 5B : révision mêlée</w:t>
      </w:r>
    </w:p>
    <w:p>
      <w:r>
        <w:t>Prénom : ______________   Date : __________   Résultats justes : ____ / 10</w:t>
      </w:r>
    </w:p>
    <w:p>
      <w:r>
        <w:t>1. 386 + 39 = …</w:t>
      </w:r>
    </w:p>
    <w:p>
      <w:r>
        <w:t>2. 4 × 45 = …</w:t>
      </w:r>
    </w:p>
    <w:p>
      <w:r>
        <w:t>3. 10 × 563 = …</w:t>
      </w:r>
    </w:p>
    <w:p>
      <w:r>
        <w:t>4. 2 × … = 90</w:t>
      </w:r>
    </w:p>
    <w:p>
      <w:r>
        <w:t>5. 7 × 9 = …</w:t>
      </w:r>
    </w:p>
    <w:p>
      <w:r>
        <w:t>6. 615 − 29 = …</w:t>
      </w:r>
    </w:p>
    <w:p>
      <w:r>
        <w:t>7. 6 × 40 = …</w:t>
      </w:r>
    </w:p>
    <w:p>
      <w:r>
        <w:t>8. 2 400 + 700 = …</w:t>
      </w:r>
    </w:p>
    <w:p>
      <w:r>
        <w:t>9. 27 × 4 = …</w:t>
      </w:r>
    </w:p>
    <w:p>
      <w:r>
        <w:t>10. … + 7 = 15</w:t>
      </w:r>
    </w:p>
    <w:p>
      <w:pPr>
        <w:pStyle w:val="Heading1"/>
      </w:pPr>
      <w:r>
        <w:t>Test de fluence de fin de CE2</w:t>
      </w:r>
    </w:p>
    <w:p>
      <w:r>
        <w:t>Prénom : ______________   Date : __________   Résultats justes en 3 minutes : ____ / 20</w:t>
      </w:r>
    </w:p>
    <w:p>
      <w:r>
        <w:t>1. 10 × 74 = …</w:t>
      </w:r>
    </w:p>
    <w:p>
      <w:r>
        <w:t>2. 56 + 29 = …</w:t>
      </w:r>
    </w:p>
    <w:p>
      <w:r>
        <w:t>3. 4 × 18 = …</w:t>
      </w:r>
    </w:p>
    <w:p>
      <w:r>
        <w:t>4. 73 − 19 = …</w:t>
      </w:r>
    </w:p>
    <w:p>
      <w:r>
        <w:t>5. 6 × 30 = …</w:t>
      </w:r>
    </w:p>
    <w:p>
      <w:r>
        <w:t>6. 100 × 38 = …</w:t>
      </w:r>
    </w:p>
    <w:p>
      <w:r>
        <w:t>7. 145 + 38 = …</w:t>
      </w:r>
    </w:p>
    <w:p>
      <w:r>
        <w:t>8. 8 × 11 = …</w:t>
      </w:r>
    </w:p>
    <w:p>
      <w:r>
        <w:t>9. 12 × 7 = …</w:t>
      </w:r>
    </w:p>
    <w:p>
      <w:r>
        <w:t>10. 230 − 39 = …</w:t>
      </w:r>
    </w:p>
    <w:p>
      <w:r>
        <w:t>11. 16 × 4 = …</w:t>
      </w:r>
    </w:p>
    <w:p>
      <w:r>
        <w:t>12. 1 380 + 400 = …</w:t>
      </w:r>
    </w:p>
    <w:p>
      <w:r>
        <w:t>13. 67 + 18 = …</w:t>
      </w:r>
    </w:p>
    <w:p>
      <w:r>
        <w:t>14. 4 × 70 = …</w:t>
      </w:r>
    </w:p>
    <w:p>
      <w:r>
        <w:t>15. 452 − 9 = …</w:t>
      </w:r>
    </w:p>
    <w:p>
      <w:r>
        <w:t>16. 23 × 6 = …</w:t>
      </w:r>
    </w:p>
    <w:p>
      <w:r>
        <w:t>17. 10 × … = 2 650</w:t>
      </w:r>
    </w:p>
    <w:p>
      <w:r>
        <w:t>18. 8 × 21 = …</w:t>
      </w:r>
    </w:p>
    <w:p>
      <w:r>
        <w:t>19. 509 + 28 = …</w:t>
      </w:r>
    </w:p>
    <w:p>
      <w:r>
        <w:t>20. 5 × 34 = …</w:t>
      </w:r>
    </w:p>
    <w:p>
      <w:r>
        <w:br w:type="page"/>
      </w:r>
    </w:p>
    <w:p>
      <w:pPr>
        <w:pStyle w:val="Heading1"/>
      </w:pPr>
      <w:r>
        <w:t>Corrigés (enseignant)</w:t>
      </w:r>
    </w:p>
    <w:p>
      <w:pPr>
        <w:pStyle w:val="Heading2"/>
      </w:pPr>
      <w:r>
        <w:t>Corrigé : Série 1A : tables d’addition dans les deux sens</w:t>
      </w:r>
    </w:p>
    <w:p>
      <w:r>
        <w:t>1. 8 + 7 = 15</w:t>
      </w:r>
    </w:p>
    <w:p>
      <w:r>
        <w:t>2. 6 + 7 = 13</w:t>
      </w:r>
    </w:p>
    <w:p>
      <w:r>
        <w:t>3. 8 + 9 = 17</w:t>
      </w:r>
    </w:p>
    <w:p>
      <w:r>
        <w:t>4. 14 = 5 + 9</w:t>
      </w:r>
    </w:p>
    <w:p>
      <w:r>
        <w:t>5. 9 + 6 = 15</w:t>
      </w:r>
    </w:p>
    <w:p>
      <w:r>
        <w:t>6. 7 + 9 = 16</w:t>
      </w:r>
    </w:p>
    <w:p>
      <w:r>
        <w:t>7. 12 = 8 + 4</w:t>
      </w:r>
    </w:p>
    <w:p>
      <w:r>
        <w:t>8. 8 + 8 = 16</w:t>
      </w:r>
    </w:p>
    <w:p>
      <w:r>
        <w:t>9. 5 + 6 = 11</w:t>
      </w:r>
    </w:p>
    <w:p>
      <w:r>
        <w:t>10. 18 = 9 + 9</w:t>
      </w:r>
    </w:p>
    <w:p>
      <w:pPr>
        <w:pStyle w:val="Heading2"/>
      </w:pPr>
      <w:r>
        <w:t>Corrigé : Série 1B : dizaines, centaines, ajouter 9, 19 ou 29</w:t>
      </w:r>
    </w:p>
    <w:p>
      <w:r>
        <w:t>1. 352 + 40 = 392</w:t>
      </w:r>
    </w:p>
    <w:p>
      <w:r>
        <w:t>2. 781 − 50 = 731</w:t>
      </w:r>
    </w:p>
    <w:p>
      <w:r>
        <w:t>3. 465 + 300 = 765</w:t>
      </w:r>
    </w:p>
    <w:p>
      <w:r>
        <w:t>4. 2 840 − 600 = 2 240</w:t>
      </w:r>
    </w:p>
    <w:p>
      <w:r>
        <w:t>5. 657 + 70 = 727 (650 + 70 = 720 ; 720 + 7 = 727)</w:t>
      </w:r>
    </w:p>
    <w:p>
      <w:r>
        <w:t>6. 48 + 9 = 57 (48 + 10 = 58 ; 58 − 1 = 57)</w:t>
      </w:r>
    </w:p>
    <w:p>
      <w:r>
        <w:t>7. 63 + 19 = 82 (63 + 20 = 83 ; 83 − 1 = 82)</w:t>
      </w:r>
    </w:p>
    <w:p>
      <w:r>
        <w:t>8. 125 + 29 = 154 (125 + 30 = 155 ; 155 − 1 = 154)</w:t>
      </w:r>
    </w:p>
    <w:p>
      <w:r>
        <w:t>9. 84 − 9 = 75 (84 − 10 = 74 ; 74 + 1 = 75)</w:t>
      </w:r>
    </w:p>
    <w:p>
      <w:r>
        <w:t>10. 3 500 + 400 = 3 900</w:t>
      </w:r>
    </w:p>
    <w:p>
      <w:pPr>
        <w:pStyle w:val="Heading2"/>
      </w:pPr>
      <w:r>
        <w:t>Corrigé : Série 2A : tables de multiplication dans les deux sens</w:t>
      </w:r>
    </w:p>
    <w:p>
      <w:r>
        <w:t>1. 6 × 7 = 42</w:t>
      </w:r>
    </w:p>
    <w:p>
      <w:r>
        <w:t>2. 8 × 4 = 32</w:t>
      </w:r>
    </w:p>
    <w:p>
      <w:r>
        <w:t>3. 5 × 9 = 45</w:t>
      </w:r>
    </w:p>
    <w:p>
      <w:r>
        <w:t>4. 36 = 4 × 9</w:t>
      </w:r>
    </w:p>
    <w:p>
      <w:r>
        <w:t>5. 7 × 8 = 56</w:t>
      </w:r>
    </w:p>
    <w:p>
      <w:r>
        <w:t>6. 3 × 9 = 27</w:t>
      </w:r>
    </w:p>
    <w:p>
      <w:r>
        <w:t>7. 54 = 6 × 9</w:t>
      </w:r>
    </w:p>
    <w:p>
      <w:r>
        <w:t>8. 9 × 9 = 81</w:t>
      </w:r>
    </w:p>
    <w:p>
      <w:r>
        <w:t>9. 6 × 8 = 48</w:t>
      </w:r>
    </w:p>
    <w:p>
      <w:r>
        <w:t>10. 40 = 8 × 5</w:t>
      </w:r>
    </w:p>
    <w:p>
      <w:pPr>
        <w:pStyle w:val="Heading2"/>
      </w:pPr>
      <w:r>
        <w:t>Corrigé : Série 2B : multiplier par 10 ou par 100</w:t>
      </w:r>
    </w:p>
    <w:p>
      <w:r>
        <w:t>1. 10 × 36 = 360</w:t>
      </w:r>
    </w:p>
    <w:p>
      <w:r>
        <w:t>2. 58 × 10 = 580</w:t>
      </w:r>
    </w:p>
    <w:p>
      <w:r>
        <w:t>3. 10 × 407 = 4 070</w:t>
      </w:r>
    </w:p>
    <w:p>
      <w:r>
        <w:t>4. 100 × 23 = 2 300</w:t>
      </w:r>
    </w:p>
    <w:p>
      <w:r>
        <w:t>5. 615 × 10 = 6 150</w:t>
      </w:r>
    </w:p>
    <w:p>
      <w:r>
        <w:t>6. 100 × 9 = 900</w:t>
      </w:r>
    </w:p>
    <w:p>
      <w:r>
        <w:t>7. 10 × 83 = 830</w:t>
      </w:r>
    </w:p>
    <w:p>
      <w:r>
        <w:t>8. 70 × 100 = 7 000</w:t>
      </w:r>
    </w:p>
    <w:p>
      <w:r>
        <w:t>9. 10 × 990 = 9 900</w:t>
      </w:r>
    </w:p>
    <w:p>
      <w:r>
        <w:t>10. 100 × 45 = 4 500</w:t>
      </w:r>
    </w:p>
    <w:p>
      <w:pPr>
        <w:pStyle w:val="Heading2"/>
      </w:pPr>
      <w:r>
        <w:t>Corrigé : Série 3A : ajouter 8, 18, 28, 38 ou 39, soustraire 19, 29 ou 39</w:t>
      </w:r>
    </w:p>
    <w:p>
      <w:r>
        <w:t>1. 47 + 8 = 55 (47 + 10 = 57 ; 57 − 2 = 55)</w:t>
      </w:r>
    </w:p>
    <w:p>
      <w:r>
        <w:t>2. 65 + 18 = 83 (65 + 20 = 85 ; 85 − 2 = 83)</w:t>
      </w:r>
    </w:p>
    <w:p>
      <w:r>
        <w:t>3. 136 + 28 = 164 (136 + 30 = 166 ; 166 − 2 = 164)</w:t>
      </w:r>
    </w:p>
    <w:p>
      <w:r>
        <w:t>4. 254 + 38 = 292 (254 + 40 = 294 ; 294 − 2 = 292)</w:t>
      </w:r>
    </w:p>
    <w:p>
      <w:r>
        <w:t>5. 72 + 39 = 111 (72 + 40 = 112 ; 112 − 1 = 111)</w:t>
      </w:r>
    </w:p>
    <w:p>
      <w:r>
        <w:t>6. 91 − 19 = 72 (91 − 20 = 71 ; 71 + 1 = 72)</w:t>
      </w:r>
    </w:p>
    <w:p>
      <w:r>
        <w:t>7. 143 − 29 = 114 (143 − 30 = 113 ; 113 + 1 = 114)</w:t>
      </w:r>
    </w:p>
    <w:p>
      <w:r>
        <w:t>8. 280 − 39 = 241 (280 − 40 = 240 ; 240 + 1 = 241)</w:t>
      </w:r>
    </w:p>
    <w:p>
      <w:r>
        <w:t>9. 1 456 + 28 = 1 484 (1 456 + 30 = 1 486 ; 1 486 − 2 = 1 484)</w:t>
      </w:r>
    </w:p>
    <w:p>
      <w:r>
        <w:t>10. 5 062 − 19 = 5 043 (5 062 − 20 = 5 042 ; 5 042 + 1 = 5 043)</w:t>
      </w:r>
    </w:p>
    <w:p>
      <w:pPr>
        <w:pStyle w:val="Heading2"/>
      </w:pPr>
      <w:r>
        <w:t>Corrigé : Série 3B : doubles et moitiés</w:t>
      </w:r>
    </w:p>
    <w:p>
      <w:r>
        <w:t>1. 2 × 17 = 34</w:t>
      </w:r>
    </w:p>
    <w:p>
      <w:r>
        <w:t>2. 2 × 75 = 150</w:t>
      </w:r>
    </w:p>
    <w:p>
      <w:r>
        <w:t>3. 2 × 250 = 500</w:t>
      </w:r>
    </w:p>
    <w:p>
      <w:r>
        <w:t>4. 2 × 18 = 36</w:t>
      </w:r>
    </w:p>
    <w:p>
      <w:r>
        <w:t>5. 2 × 60 = 120</w:t>
      </w:r>
    </w:p>
    <w:p>
      <w:r>
        <w:t>6. 38 = 2 × 19</w:t>
      </w:r>
    </w:p>
    <w:p>
      <w:r>
        <w:t>7. 90 = 2 × 45</w:t>
      </w:r>
    </w:p>
    <w:p>
      <w:r>
        <w:t>8. 1 200 = 2 × 600</w:t>
      </w:r>
    </w:p>
    <w:p>
      <w:r>
        <w:t>9. 2 × 35 = 70</w:t>
      </w:r>
    </w:p>
    <w:p>
      <w:r>
        <w:t>10. 800 = 2 × 400</w:t>
      </w:r>
    </w:p>
    <w:p>
      <w:pPr>
        <w:pStyle w:val="Heading2"/>
      </w:pPr>
      <w:r>
        <w:t>Corrigé : Série 4A : multiplier par 4 ou par 8</w:t>
      </w:r>
    </w:p>
    <w:p>
      <w:r>
        <w:t>1. 4 × 12 = 48 (2 × 12 = 24 ; 2 × 24 = 48)</w:t>
      </w:r>
    </w:p>
    <w:p>
      <w:r>
        <w:t>2. 4 × 35 = 140 (2 × 35 = 70 ; 2 × 70 = 140)</w:t>
      </w:r>
    </w:p>
    <w:p>
      <w:r>
        <w:t>3. 4 × 16 = 64 (2 × 16 = 32 ; 2 × 32 = 64)</w:t>
      </w:r>
    </w:p>
    <w:p>
      <w:r>
        <w:t>4. 4 × 150 = 600 (2 × 150 = 300 ; 2 × 300 = 600)</w:t>
      </w:r>
    </w:p>
    <w:p>
      <w:r>
        <w:t>5. 4 × 23 = 92 (2 × 23 = 46 ; 2 × 46 = 92)</w:t>
      </w:r>
    </w:p>
    <w:p>
      <w:r>
        <w:t>6. 4 × 250 = 1 000 (2 × 250 = 500 ; 2 × 500 = 1 000)</w:t>
      </w:r>
    </w:p>
    <w:p>
      <w:r>
        <w:t>7. 8 × 12 = 96 (2 × 12 = 24 ; 2 × 24 = 48 ; 2 × 48 = 96)</w:t>
      </w:r>
    </w:p>
    <w:p>
      <w:r>
        <w:t>8. 8 × 25 = 200 (2 × 25 = 50 ; 2 × 50 = 100 ; 2 × 100 = 200)</w:t>
      </w:r>
    </w:p>
    <w:p>
      <w:r>
        <w:t>9. 8 × 15 = 120 (2 × 15 = 30 ; 2 × 30 = 60 ; 2 × 60 = 120)</w:t>
      </w:r>
    </w:p>
    <w:p>
      <w:r>
        <w:t>10. 8 × 31 = 248 (2 × 31 = 62 ; 2 × 62 = 124 ; 2 × 124 = 248)</w:t>
      </w:r>
    </w:p>
    <w:p>
      <w:pPr>
        <w:pStyle w:val="Heading2"/>
      </w:pPr>
      <w:r>
        <w:t>Corrigé : Série 4B : dizaines entières, multiples de 25, décompositions de 60</w:t>
      </w:r>
    </w:p>
    <w:p>
      <w:r>
        <w:t>1. 7 × 30 = 210 (7 × 3 = 21 ; 21 × 10 = 210)</w:t>
      </w:r>
    </w:p>
    <w:p>
      <w:r>
        <w:t>2. 6 × 50 = 300 (6 × 5 = 30 ; 30 × 10 = 300)</w:t>
      </w:r>
    </w:p>
    <w:p>
      <w:r>
        <w:t>3. 8 × 40 = 320 (8 × 4 = 32 ; 32 × 10 = 320)</w:t>
      </w:r>
    </w:p>
    <w:p>
      <w:r>
        <w:t>4. 9 × 70 = 630 (9 × 7 = 63 ; 63 × 10 = 630)</w:t>
      </w:r>
    </w:p>
    <w:p>
      <w:r>
        <w:t>5. 3 × 25 = 75</w:t>
      </w:r>
    </w:p>
    <w:p>
      <w:r>
        <w:t>6. 4 × 25 = 100</w:t>
      </w:r>
    </w:p>
    <w:p>
      <w:r>
        <w:t>7. 60 = 5 × 12</w:t>
      </w:r>
    </w:p>
    <w:p>
      <w:r>
        <w:t>8. 60 = 3 × 20</w:t>
      </w:r>
    </w:p>
    <w:p>
      <w:r>
        <w:t>9. 5 × 80 = 400 (5 × 8 = 40 ; 40 × 10 = 400)</w:t>
      </w:r>
    </w:p>
    <w:p>
      <w:r>
        <w:t>10. 60 = 4 × 15</w:t>
      </w:r>
    </w:p>
    <w:p>
      <w:pPr>
        <w:pStyle w:val="Heading2"/>
      </w:pPr>
      <w:r>
        <w:t>Corrigé : Série 5A : décomposer un facteur pour multiplier</w:t>
      </w:r>
    </w:p>
    <w:p>
      <w:r>
        <w:t>1. 13 × 6 = 78 (10 × 6 = 60 ; 3 × 6 = 18 ; 60 + 18 = 78)</w:t>
      </w:r>
    </w:p>
    <w:p>
      <w:r>
        <w:t>2. 21 × 4 = 84 (20 × 4 = 80 ; 1 × 4 = 4 ; 80 + 4 = 84)</w:t>
      </w:r>
    </w:p>
    <w:p>
      <w:r>
        <w:t>3. 34 × 3 = 102 (30 × 3 = 90 ; 4 × 3 = 12 ; 90 + 12 = 102)</w:t>
      </w:r>
    </w:p>
    <w:p>
      <w:r>
        <w:t>4. 7 × 15 = 105 (7 × 10 = 70 ; 7 × 5 = 35 ; 70 + 35 = 105)</w:t>
      </w:r>
    </w:p>
    <w:p>
      <w:r>
        <w:t>5. 42 × 5 = 210 (40 × 5 = 200 ; 2 × 5 = 10 ; 200 + 10 = 210)</w:t>
      </w:r>
    </w:p>
    <w:p>
      <w:r>
        <w:t>6. 6 × 26 = 156 (6 × 20 = 120 ; 6 × 6 = 36 ; 120 + 36 = 156)</w:t>
      </w:r>
    </w:p>
    <w:p>
      <w:r>
        <w:t>7. 53 × 7 = 371 (50 × 7 = 350 ; 3 × 7 = 21 ; 350 + 21 = 371)</w:t>
      </w:r>
    </w:p>
    <w:p>
      <w:r>
        <w:t>8. 9 × 18 = 162 (9 × 10 = 90 ; 9 × 8 = 72 ; 90 + 72 = 162)</w:t>
      </w:r>
    </w:p>
    <w:p>
      <w:r>
        <w:t>9. 64 × 3 = 192 (60 × 3 = 180 ; 4 × 3 = 12 ; 180 + 12 = 192)</w:t>
      </w:r>
    </w:p>
    <w:p>
      <w:r>
        <w:t>10. 8 × 47 = 376 (8 × 40 = 320 ; 8 × 7 = 56 ; 320 + 56 = 376)</w:t>
      </w:r>
    </w:p>
    <w:p>
      <w:pPr>
        <w:pStyle w:val="Heading2"/>
      </w:pPr>
      <w:r>
        <w:t>Corrigé : Série 5B : révision mêlée</w:t>
      </w:r>
    </w:p>
    <w:p>
      <w:r>
        <w:t>1. 386 + 39 = 425 (386 + 40 = 426 ; 426 − 1 = 425)</w:t>
      </w:r>
    </w:p>
    <w:p>
      <w:r>
        <w:t>2. 4 × 45 = 180 (2 × 45 = 90 ; 2 × 90 = 180)</w:t>
      </w:r>
    </w:p>
    <w:p>
      <w:r>
        <w:t>3. 10 × 563 = 5 630</w:t>
      </w:r>
    </w:p>
    <w:p>
      <w:r>
        <w:t>4. 2 × 45 = 90</w:t>
      </w:r>
    </w:p>
    <w:p>
      <w:r>
        <w:t>5. 7 × 9 = 63</w:t>
      </w:r>
    </w:p>
    <w:p>
      <w:r>
        <w:t>6. 615 − 29 = 586 (615 − 30 = 585 ; 585 + 1 = 586)</w:t>
      </w:r>
    </w:p>
    <w:p>
      <w:r>
        <w:t>7. 6 × 40 = 240 (6 × 4 = 24 ; 24 × 10 = 240)</w:t>
      </w:r>
    </w:p>
    <w:p>
      <w:r>
        <w:t>8. 2 400 + 700 = 3 100</w:t>
      </w:r>
    </w:p>
    <w:p>
      <w:r>
        <w:t>9. 27 × 4 = 108 (2 × 27 = 54 ; 2 × 54 = 108)</w:t>
      </w:r>
    </w:p>
    <w:p>
      <w:r>
        <w:t>10. 8 + 7 = 15</w:t>
      </w:r>
    </w:p>
    <w:p>
      <w:pPr>
        <w:pStyle w:val="Heading2"/>
      </w:pPr>
      <w:r>
        <w:t>Corrigé : Test de fluence de fin de CE2</w:t>
      </w:r>
    </w:p>
    <w:p>
      <w:r>
        <w:t>1. 10 × 74 = 740</w:t>
      </w:r>
    </w:p>
    <w:p>
      <w:r>
        <w:t>2. 56 + 29 = 85 (56 + 30 = 86 ; 86 − 1 = 85)</w:t>
      </w:r>
    </w:p>
    <w:p>
      <w:r>
        <w:t>3. 4 × 18 = 72 (2 × 18 = 36 ; 2 × 36 = 72)</w:t>
      </w:r>
    </w:p>
    <w:p>
      <w:r>
        <w:t>4. 73 − 19 = 54 (73 − 20 = 53 ; 53 + 1 = 54)</w:t>
      </w:r>
    </w:p>
    <w:p>
      <w:r>
        <w:t>5. 6 × 30 = 180</w:t>
      </w:r>
    </w:p>
    <w:p>
      <w:r>
        <w:t>6. 100 × 38 = 3 800</w:t>
      </w:r>
    </w:p>
    <w:p>
      <w:r>
        <w:t>7. 145 + 38 = 183 (145 + 40 = 185 ; 185 − 2 = 183)</w:t>
      </w:r>
    </w:p>
    <w:p>
      <w:r>
        <w:t>8. 8 × 11 = 88 (2 × 11 = 22 ; 2 × 22 = 44 ; 2 × 44 = 88)</w:t>
      </w:r>
    </w:p>
    <w:p>
      <w:r>
        <w:t>9. 12 × 7 = 84 (10 × 7 = 70 ; 2 × 7 = 14 ; 70 + 14 = 84)</w:t>
      </w:r>
    </w:p>
    <w:p>
      <w:r>
        <w:t>10. 230 − 39 = 191 (230 − 40 = 190 ; 190 + 1 = 191)</w:t>
      </w:r>
    </w:p>
    <w:p>
      <w:r>
        <w:t>11. 16 × 4 = 64 (2 × 16 = 32 ; 2 × 32 = 64)</w:t>
      </w:r>
    </w:p>
    <w:p>
      <w:r>
        <w:t>12. 1 380 + 400 = 1 780</w:t>
      </w:r>
    </w:p>
    <w:p>
      <w:r>
        <w:t>13. 67 + 18 = 85 (67 + 20 = 87 ; 87 − 2 = 85)</w:t>
      </w:r>
    </w:p>
    <w:p>
      <w:r>
        <w:t>14. 4 × 70 = 280</w:t>
      </w:r>
    </w:p>
    <w:p>
      <w:r>
        <w:t>15. 452 − 9 = 443 (452 − 10 = 442 ; 442 + 1 = 443)</w:t>
      </w:r>
    </w:p>
    <w:p>
      <w:r>
        <w:t>16. 23 × 6 = 138 (20 × 6 = 120 ; 3 × 6 = 18 ; 120 + 18 = 138)</w:t>
      </w:r>
    </w:p>
    <w:p>
      <w:r>
        <w:t>17. 10 × 265 = 2 650</w:t>
      </w:r>
    </w:p>
    <w:p>
      <w:r>
        <w:t>18. 8 × 21 = 168 (2 × 21 = 42 ; 2 × 42 = 84 ; 2 × 84 = 168)</w:t>
      </w:r>
    </w:p>
    <w:p>
      <w:r>
        <w:t>19. 509 + 28 = 537 (509 + 30 = 539 ; 539 − 2 = 537)</w:t>
      </w:r>
    </w:p>
    <w:p>
      <w:r>
        <w:t>20. 5 × 34 = 170 (5 × 30 = 150 ; 5 × 4 = 20 ; 150 + 20 = 170)</w:t>
      </w:r>
    </w:p>
    <w:p>
      <w:r>
        <w:t>Source : programme de mathématiques du cycle 2, BO n°41 du 31/10/2024. Mise à jour : 23/10/2026.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 mental CE2 : séries modifiables</dc:title>
  <dc:subject/>
  <dc:creator>Prépare Mes Cours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