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Calcul mental CE1 : dix séries et un test de fluence modifiables</w:t>
      </w:r>
    </w:p>
    <w:p>
      <w:pPr>
        <w:pStyle w:val="Heading1"/>
      </w:pPr>
      <w:r>
        <w:t>Période 1 : tables d’addition, dizaines et centaines entières</w:t>
      </w:r>
    </w:p>
    <w:p>
      <w:pPr>
        <w:pStyle w:val="Heading2"/>
      </w:pPr>
      <w:r>
        <w:t>Série 1A : tables d’addition dans les deux sens</w:t>
      </w:r>
    </w:p>
    <w:p>
      <w:r>
        <w:t>Prénom : ______________   Date : __________   Résultats justes : ____ / 10</w:t>
      </w:r>
    </w:p>
    <w:p>
      <w:r>
        <w:t>1. 7 + 5 = …</w:t>
      </w:r>
    </w:p>
    <w:p>
      <w:r>
        <w:t>2. 4 + … = 12</w:t>
      </w:r>
    </w:p>
    <w:p>
      <w:r>
        <w:t>3. … + 6 = 14</w:t>
      </w:r>
    </w:p>
    <w:p>
      <w:r>
        <w:t>4. 10 = 7 + …</w:t>
      </w:r>
    </w:p>
    <w:p>
      <w:r>
        <w:t>5. 9 + 8 = …</w:t>
      </w:r>
    </w:p>
    <w:p>
      <w:r>
        <w:t>6. 6 + … = 11</w:t>
      </w:r>
    </w:p>
    <w:p>
      <w:r>
        <w:t>7. 15 = … + 7</w:t>
      </w:r>
    </w:p>
    <w:p>
      <w:r>
        <w:t>8. 8 + 6 = …</w:t>
      </w:r>
    </w:p>
    <w:p>
      <w:r>
        <w:t>9. … + 9 = 13</w:t>
      </w:r>
    </w:p>
    <w:p>
      <w:r>
        <w:t>10. 16 = 8 + …</w:t>
      </w:r>
    </w:p>
    <w:p>
      <w:pPr>
        <w:pStyle w:val="Heading2"/>
      </w:pPr>
      <w:r>
        <w:t>Série 1B : ajouter ou soustraire des dizaines ou des centaines entières</w:t>
      </w:r>
    </w:p>
    <w:p>
      <w:r>
        <w:t>Prénom : ______________   Date : __________   Résultats justes : ____ / 10</w:t>
      </w:r>
    </w:p>
    <w:p>
      <w:r>
        <w:t>1. 234 + 60 = …</w:t>
      </w:r>
    </w:p>
    <w:p>
      <w:r>
        <w:t>2. 541 − 20 = …</w:t>
      </w:r>
    </w:p>
    <w:p>
      <w:r>
        <w:t>3. 354 + 500 = …</w:t>
      </w:r>
    </w:p>
    <w:p>
      <w:r>
        <w:t>4. 765 − 200 = …</w:t>
      </w:r>
    </w:p>
    <w:p>
      <w:r>
        <w:t>5. 128 + 50 = …</w:t>
      </w:r>
    </w:p>
    <w:p>
      <w:r>
        <w:t>6. 476 − 30 = …</w:t>
      </w:r>
    </w:p>
    <w:p>
      <w:r>
        <w:t>7. 312 + 400 = …</w:t>
      </w:r>
    </w:p>
    <w:p>
      <w:r>
        <w:t>8. 689 − 400 = …</w:t>
      </w:r>
    </w:p>
    <w:p>
      <w:r>
        <w:t>9. 57 + 300 = …</w:t>
      </w:r>
    </w:p>
    <w:p>
      <w:r>
        <w:t>10. 950 − 600 = …</w:t>
      </w:r>
    </w:p>
    <w:p>
      <w:pPr>
        <w:pStyle w:val="Heading1"/>
      </w:pPr>
      <w:r>
        <w:t>Période 2 : premières tables de multiplication, doubles et moitiés</w:t>
      </w:r>
    </w:p>
    <w:p>
      <w:pPr>
        <w:pStyle w:val="Heading2"/>
      </w:pPr>
      <w:r>
        <w:t>Série 2A : tables de 2 à 6 et de 10, multiplier par 10</w:t>
      </w:r>
    </w:p>
    <w:p>
      <w:r>
        <w:t>Prénom : ______________   Date : __________   Résultats justes : ____ / 10</w:t>
      </w:r>
    </w:p>
    <w:p>
      <w:r>
        <w:t>1. 3 × 4 = …</w:t>
      </w:r>
    </w:p>
    <w:p>
      <w:r>
        <w:t>2. 5 × … = 30</w:t>
      </w:r>
    </w:p>
    <w:p>
      <w:r>
        <w:t>3. … × 2 = 16</w:t>
      </w:r>
    </w:p>
    <w:p>
      <w:r>
        <w:t>4. 24 = 6 × …</w:t>
      </w:r>
    </w:p>
    <w:p>
      <w:r>
        <w:t>5. 10 × 7 = …</w:t>
      </w:r>
    </w:p>
    <w:p>
      <w:r>
        <w:t>6. 4 × … = 28</w:t>
      </w:r>
    </w:p>
    <w:p>
      <w:r>
        <w:t>7. 35 = … × 5</w:t>
      </w:r>
    </w:p>
    <w:p>
      <w:r>
        <w:t>8. 6 × 6 = …</w:t>
      </w:r>
    </w:p>
    <w:p>
      <w:r>
        <w:t>9. 10 × 72 = …</w:t>
      </w:r>
    </w:p>
    <w:p>
      <w:r>
        <w:t>10. … × 10 = 450</w:t>
      </w:r>
    </w:p>
    <w:p>
      <w:pPr>
        <w:pStyle w:val="Heading2"/>
      </w:pPr>
      <w:r>
        <w:t>Série 2B : doubles, moitiés et multiples de 25</w:t>
      </w:r>
    </w:p>
    <w:p>
      <w:r>
        <w:t>Prénom : ______________   Date : __________   Résultats justes : ____ / 10</w:t>
      </w:r>
    </w:p>
    <w:p>
      <w:r>
        <w:t>1. 2 × 14 = …</w:t>
      </w:r>
    </w:p>
    <w:p>
      <w:r>
        <w:t>2. 2 × … = 24</w:t>
      </w:r>
    </w:p>
    <w:p>
      <w:r>
        <w:t>3. 2 × 35 = …</w:t>
      </w:r>
    </w:p>
    <w:p>
      <w:r>
        <w:t>4. 2 × … = 90</w:t>
      </w:r>
    </w:p>
    <w:p>
      <w:r>
        <w:t>5. 2 × 250 = …</w:t>
      </w:r>
    </w:p>
    <w:p>
      <w:r>
        <w:t>6. 30 = 2 × …</w:t>
      </w:r>
    </w:p>
    <w:p>
      <w:r>
        <w:t>7. 80 = 2 × …</w:t>
      </w:r>
    </w:p>
    <w:p>
      <w:r>
        <w:t>8. 1 000 = 2 × …</w:t>
      </w:r>
    </w:p>
    <w:p>
      <w:r>
        <w:t>9. 3 × 25 = …</w:t>
      </w:r>
    </w:p>
    <w:p>
      <w:r>
        <w:t>10. 100 = 4 × …</w:t>
      </w:r>
    </w:p>
    <w:p>
      <w:pPr>
        <w:pStyle w:val="Heading1"/>
      </w:pPr>
      <w:r>
        <w:t>Période 3 : ajouter 9, 19 ou 29, table de 7</w:t>
      </w:r>
    </w:p>
    <w:p>
      <w:pPr>
        <w:pStyle w:val="Heading2"/>
      </w:pPr>
      <w:r>
        <w:t>Série 3A : ajouter 9, 19 ou 29, soustraire 9</w:t>
      </w:r>
    </w:p>
    <w:p>
      <w:r>
        <w:t>Prénom : ______________   Date : __________   Résultats justes : ____ / 10</w:t>
      </w:r>
    </w:p>
    <w:p>
      <w:r>
        <w:t>1. 46 + 9 = …</w:t>
      </w:r>
    </w:p>
    <w:p>
      <w:r>
        <w:t>2. 58 + 19 = …</w:t>
      </w:r>
    </w:p>
    <w:p>
      <w:r>
        <w:t>3. 124 + 19 = …</w:t>
      </w:r>
    </w:p>
    <w:p>
      <w:r>
        <w:t>4. 37 + 29 = …</w:t>
      </w:r>
    </w:p>
    <w:p>
      <w:r>
        <w:t>5. 60 + 29 = …</w:t>
      </w:r>
    </w:p>
    <w:p>
      <w:r>
        <w:t>6. 253 + 29 = …</w:t>
      </w:r>
    </w:p>
    <w:p>
      <w:r>
        <w:t>7. 72 − 9 = …</w:t>
      </w:r>
    </w:p>
    <w:p>
      <w:r>
        <w:t>8. 135 − 9 = …</w:t>
      </w:r>
    </w:p>
    <w:p>
      <w:r>
        <w:t>9. 81 + 19 = …</w:t>
      </w:r>
    </w:p>
    <w:p>
      <w:r>
        <w:t>10. 406 − 9 = …</w:t>
      </w:r>
    </w:p>
    <w:p>
      <w:pPr>
        <w:pStyle w:val="Heading2"/>
      </w:pPr>
      <w:r>
        <w:t>Série 3B : table de 7, multiplier un nombre de 11 à 19</w:t>
      </w:r>
    </w:p>
    <w:p>
      <w:r>
        <w:t>Prénom : ______________   Date : __________   Résultats justes : ____ / 10</w:t>
      </w:r>
    </w:p>
    <w:p>
      <w:r>
        <w:t>1. 7 × 6 = …</w:t>
      </w:r>
    </w:p>
    <w:p>
      <w:r>
        <w:t>2. … × 7 = 56</w:t>
      </w:r>
    </w:p>
    <w:p>
      <w:r>
        <w:t>3. 7 × … = 63</w:t>
      </w:r>
    </w:p>
    <w:p>
      <w:r>
        <w:t>4. 49 = 7 × …</w:t>
      </w:r>
    </w:p>
    <w:p>
      <w:r>
        <w:t>5. 13 × 7 = …</w:t>
      </w:r>
    </w:p>
    <w:p>
      <w:r>
        <w:t>6. 12 × 4 = …</w:t>
      </w:r>
    </w:p>
    <w:p>
      <w:r>
        <w:t>7. 5 × 15 = …</w:t>
      </w:r>
    </w:p>
    <w:p>
      <w:r>
        <w:t>8. 16 × 3 = …</w:t>
      </w:r>
    </w:p>
    <w:p>
      <w:r>
        <w:t>9. 6 × 14 = …</w:t>
      </w:r>
    </w:p>
    <w:p>
      <w:r>
        <w:t>10. 18 × 5 = …</w:t>
      </w:r>
    </w:p>
    <w:p>
      <w:pPr>
        <w:pStyle w:val="Heading1"/>
      </w:pPr>
      <w:r>
        <w:t>Période 4 : passer par la dizaine, moitié d’un nombre pair</w:t>
      </w:r>
    </w:p>
    <w:p>
      <w:pPr>
        <w:pStyle w:val="Heading2"/>
      </w:pPr>
      <w:r>
        <w:t>Série 4A : soustraire un petit nombre, ajouter des dizaines avec retenue</w:t>
      </w:r>
    </w:p>
    <w:p>
      <w:r>
        <w:t>Prénom : ______________   Date : __________   Résultats justes : ____ / 10</w:t>
      </w:r>
    </w:p>
    <w:p>
      <w:r>
        <w:t>1. 523 − 7 = …</w:t>
      </w:r>
    </w:p>
    <w:p>
      <w:r>
        <w:t>2. 64 − 8 = …</w:t>
      </w:r>
    </w:p>
    <w:p>
      <w:r>
        <w:t>3. 142 − 5 = …</w:t>
      </w:r>
    </w:p>
    <w:p>
      <w:r>
        <w:t>4. 157 − 5 = …</w:t>
      </w:r>
    </w:p>
    <w:p>
      <w:r>
        <w:t>5. 371 − 6 = …</w:t>
      </w:r>
    </w:p>
    <w:p>
      <w:r>
        <w:t>6. 806 − 8 = …</w:t>
      </w:r>
    </w:p>
    <w:p>
      <w:r>
        <w:t>7. 746 + 80 = …</w:t>
      </w:r>
    </w:p>
    <w:p>
      <w:r>
        <w:t>8. 385 + 40 = …</w:t>
      </w:r>
    </w:p>
    <w:p>
      <w:r>
        <w:t>9. 293 + 60 = …</w:t>
      </w:r>
    </w:p>
    <w:p>
      <w:r>
        <w:t>10. 672 + 50 = …</w:t>
      </w:r>
    </w:p>
    <w:p>
      <w:pPr>
        <w:pStyle w:val="Heading2"/>
      </w:pPr>
      <w:r>
        <w:t>Série 4B : moitié d’un nombre pair en le décomposant</w:t>
      </w:r>
    </w:p>
    <w:p>
      <w:r>
        <w:t>Prénom : ______________   Date : __________   Résultats justes : ____ / 10</w:t>
      </w:r>
    </w:p>
    <w:p>
      <w:r>
        <w:t>1. 470 = 2 × …</w:t>
      </w:r>
    </w:p>
    <w:p>
      <w:r>
        <w:t>2. 46 = 2 × …</w:t>
      </w:r>
    </w:p>
    <w:p>
      <w:r>
        <w:t>3. 68 = 2 × …</w:t>
      </w:r>
    </w:p>
    <w:p>
      <w:r>
        <w:t>4. 2 × … = 86</w:t>
      </w:r>
    </w:p>
    <w:p>
      <w:r>
        <w:t>5. 2 × … = 140</w:t>
      </w:r>
    </w:p>
    <w:p>
      <w:r>
        <w:t>6. 260 = 2 × …</w:t>
      </w:r>
    </w:p>
    <w:p>
      <w:r>
        <w:t>7. 2 × … = 528</w:t>
      </w:r>
    </w:p>
    <w:p>
      <w:r>
        <w:t>8. 640 = 2 × …</w:t>
      </w:r>
    </w:p>
    <w:p>
      <w:r>
        <w:t>9. 2 × … = 84</w:t>
      </w:r>
    </w:p>
    <w:p>
      <w:r>
        <w:t>10. 630 = 2 × …</w:t>
      </w:r>
    </w:p>
    <w:p>
      <w:pPr>
        <w:pStyle w:val="Heading1"/>
      </w:pPr>
      <w:r>
        <w:t>Période 5 : toutes les tables, puis choisir sa procédure</w:t>
      </w:r>
    </w:p>
    <w:p>
      <w:pPr>
        <w:pStyle w:val="Heading2"/>
      </w:pPr>
      <w:r>
        <w:t>Série 5A : toutes les tables de multiplication</w:t>
      </w:r>
    </w:p>
    <w:p>
      <w:r>
        <w:t>Prénom : ______________   Date : __________   Résultats justes : ____ / 10</w:t>
      </w:r>
    </w:p>
    <w:p>
      <w:r>
        <w:t>1. 8 × 7 = …</w:t>
      </w:r>
    </w:p>
    <w:p>
      <w:r>
        <w:t>2. 9 × … = 54</w:t>
      </w:r>
    </w:p>
    <w:p>
      <w:r>
        <w:t>3. … × 8 = 32</w:t>
      </w:r>
    </w:p>
    <w:p>
      <w:r>
        <w:t>4. 72 = 8 × …</w:t>
      </w:r>
    </w:p>
    <w:p>
      <w:r>
        <w:t>5. 9 × 9 = …</w:t>
      </w:r>
    </w:p>
    <w:p>
      <w:r>
        <w:t>6. 6 × … = 48</w:t>
      </w:r>
    </w:p>
    <w:p>
      <w:r>
        <w:t>7. 63 = … × 7</w:t>
      </w:r>
    </w:p>
    <w:p>
      <w:r>
        <w:t>8. 8 × 8 = …</w:t>
      </w:r>
    </w:p>
    <w:p>
      <w:r>
        <w:t>9. 4 × … = 36</w:t>
      </w:r>
    </w:p>
    <w:p>
      <w:r>
        <w:t>10. 45 = 9 × …</w:t>
      </w:r>
    </w:p>
    <w:p>
      <w:pPr>
        <w:pStyle w:val="Heading2"/>
      </w:pPr>
      <w:r>
        <w:t>Série 5B : révision mêlée</w:t>
      </w:r>
    </w:p>
    <w:p>
      <w:r>
        <w:t>Prénom : ______________   Date : __________   Résultats justes : ____ / 10</w:t>
      </w:r>
    </w:p>
    <w:p>
      <w:r>
        <w:t>1. 367 + 29 = …</w:t>
      </w:r>
    </w:p>
    <w:p>
      <w:r>
        <w:t>2. 10 × 58 = …</w:t>
      </w:r>
    </w:p>
    <w:p>
      <w:r>
        <w:t>3. 2 × … = 26</w:t>
      </w:r>
    </w:p>
    <w:p>
      <w:r>
        <w:t>4. 432 − 6 = …</w:t>
      </w:r>
    </w:p>
    <w:p>
      <w:r>
        <w:t>5. 14 × 6 = …</w:t>
      </w:r>
    </w:p>
    <w:p>
      <w:r>
        <w:t>6. 586 + 300 = …</w:t>
      </w:r>
    </w:p>
    <w:p>
      <w:r>
        <w:t>7. 8 + … = 15</w:t>
      </w:r>
    </w:p>
    <w:p>
      <w:r>
        <w:t>8. 245 − 9 = …</w:t>
      </w:r>
    </w:p>
    <w:p>
      <w:r>
        <w:t>9. 4 × 25 = …</w:t>
      </w:r>
    </w:p>
    <w:p>
      <w:r>
        <w:t>10. 568 + 70 = …</w:t>
      </w:r>
    </w:p>
    <w:p>
      <w:pPr>
        <w:pStyle w:val="Heading1"/>
      </w:pPr>
      <w:r>
        <w:t>Test de fluence de fin de CE1</w:t>
      </w:r>
    </w:p>
    <w:p>
      <w:r>
        <w:t>Prénom : ______________   Date : __________   Résultats justes en 3 minutes : ____ / 15</w:t>
      </w:r>
    </w:p>
    <w:p>
      <w:r>
        <w:t>1. 463 + 30 = …</w:t>
      </w:r>
    </w:p>
    <w:p>
      <w:r>
        <w:t>2. 47 + 9 = …</w:t>
      </w:r>
    </w:p>
    <w:p>
      <w:r>
        <w:t>3. 10 × 63 = …</w:t>
      </w:r>
    </w:p>
    <w:p>
      <w:r>
        <w:t>4. 83 − 9 = …</w:t>
      </w:r>
    </w:p>
    <w:p>
      <w:r>
        <w:t>5. 615 − 300 = …</w:t>
      </w:r>
    </w:p>
    <w:p>
      <w:r>
        <w:t>6. 76 + 19 = …</w:t>
      </w:r>
    </w:p>
    <w:p>
      <w:r>
        <w:t>7. 245 − 8 = …</w:t>
      </w:r>
    </w:p>
    <w:p>
      <w:r>
        <w:t>8. 548 + 70 = …</w:t>
      </w:r>
    </w:p>
    <w:p>
      <w:r>
        <w:t>9. 15 × 4 = …</w:t>
      </w:r>
    </w:p>
    <w:p>
      <w:r>
        <w:t>10. 2 × … = 360</w:t>
      </w:r>
    </w:p>
    <w:p>
      <w:r>
        <w:t>11. 138 + 29 = …</w:t>
      </w:r>
    </w:p>
    <w:p>
      <w:r>
        <w:t>12. 90 − 6 = …</w:t>
      </w:r>
    </w:p>
    <w:p>
      <w:r>
        <w:t>13. 17 × 3 = …</w:t>
      </w:r>
    </w:p>
    <w:p>
      <w:r>
        <w:t>14. 730 − 400 = …</w:t>
      </w:r>
    </w:p>
    <w:p>
      <w:r>
        <w:t>15. 10 × … = 940</w:t>
      </w:r>
    </w:p>
    <w:p>
      <w:r>
        <w:br w:type="page"/>
      </w:r>
    </w:p>
    <w:p>
      <w:pPr>
        <w:pStyle w:val="Heading1"/>
      </w:pPr>
      <w:r>
        <w:t>Corrigés (enseignant)</w:t>
      </w:r>
    </w:p>
    <w:p>
      <w:pPr>
        <w:pStyle w:val="Heading2"/>
      </w:pPr>
      <w:r>
        <w:t>Corrigé : Série 1A : tables d’addition dans les deux sens</w:t>
      </w:r>
    </w:p>
    <w:p>
      <w:r>
        <w:t>1. 7 + 5 = 12</w:t>
      </w:r>
    </w:p>
    <w:p>
      <w:r>
        <w:t>2. 4 + 8 = 12</w:t>
      </w:r>
    </w:p>
    <w:p>
      <w:r>
        <w:t>3. 8 + 6 = 14</w:t>
      </w:r>
    </w:p>
    <w:p>
      <w:r>
        <w:t>4. 10 = 7 + 3</w:t>
      </w:r>
    </w:p>
    <w:p>
      <w:r>
        <w:t>5. 9 + 8 = 17</w:t>
      </w:r>
    </w:p>
    <w:p>
      <w:r>
        <w:t>6. 6 + 5 = 11</w:t>
      </w:r>
    </w:p>
    <w:p>
      <w:r>
        <w:t>7. 15 = 8 + 7</w:t>
      </w:r>
    </w:p>
    <w:p>
      <w:r>
        <w:t>8. 8 + 6 = 14</w:t>
      </w:r>
    </w:p>
    <w:p>
      <w:r>
        <w:t>9. 4 + 9 = 13</w:t>
      </w:r>
    </w:p>
    <w:p>
      <w:r>
        <w:t>10. 16 = 8 + 8</w:t>
      </w:r>
    </w:p>
    <w:p>
      <w:pPr>
        <w:pStyle w:val="Heading2"/>
      </w:pPr>
      <w:r>
        <w:t>Corrigé : Série 1B : ajouter ou soustraire des dizaines ou des centaines entières</w:t>
      </w:r>
    </w:p>
    <w:p>
      <w:r>
        <w:t>1. 234 + 60 = 294 (230 + 60 = 290 ; 290 + 4 = 294)</w:t>
      </w:r>
    </w:p>
    <w:p>
      <w:r>
        <w:t>2. 541 − 20 = 521 (540 − 20 = 520 ; 520 + 1 = 521)</w:t>
      </w:r>
    </w:p>
    <w:p>
      <w:r>
        <w:t>3. 354 + 500 = 854</w:t>
      </w:r>
    </w:p>
    <w:p>
      <w:r>
        <w:t>4. 765 − 200 = 565</w:t>
      </w:r>
    </w:p>
    <w:p>
      <w:r>
        <w:t>5. 128 + 50 = 178 (120 + 50 = 170 ; 170 + 8 = 178)</w:t>
      </w:r>
    </w:p>
    <w:p>
      <w:r>
        <w:t>6. 476 − 30 = 446 (470 − 30 = 440 ; 440 + 6 = 446)</w:t>
      </w:r>
    </w:p>
    <w:p>
      <w:r>
        <w:t>7. 312 + 400 = 712</w:t>
      </w:r>
    </w:p>
    <w:p>
      <w:r>
        <w:t>8. 689 − 400 = 289</w:t>
      </w:r>
    </w:p>
    <w:p>
      <w:r>
        <w:t>9. 57 + 300 = 357</w:t>
      </w:r>
    </w:p>
    <w:p>
      <w:r>
        <w:t>10. 950 − 600 = 350</w:t>
      </w:r>
    </w:p>
    <w:p>
      <w:pPr>
        <w:pStyle w:val="Heading2"/>
      </w:pPr>
      <w:r>
        <w:t>Corrigé : Série 2A : tables de 2 à 6 et de 10, multiplier par 10</w:t>
      </w:r>
    </w:p>
    <w:p>
      <w:r>
        <w:t>1. 3 × 4 = 12</w:t>
      </w:r>
    </w:p>
    <w:p>
      <w:r>
        <w:t>2. 5 × 6 = 30</w:t>
      </w:r>
    </w:p>
    <w:p>
      <w:r>
        <w:t>3. 8 × 2 = 16</w:t>
      </w:r>
    </w:p>
    <w:p>
      <w:r>
        <w:t>4. 24 = 6 × 4</w:t>
      </w:r>
    </w:p>
    <w:p>
      <w:r>
        <w:t>5. 10 × 7 = 70</w:t>
      </w:r>
    </w:p>
    <w:p>
      <w:r>
        <w:t>6. 4 × 7 = 28</w:t>
      </w:r>
    </w:p>
    <w:p>
      <w:r>
        <w:t>7. 35 = 7 × 5</w:t>
      </w:r>
    </w:p>
    <w:p>
      <w:r>
        <w:t>8. 6 × 6 = 36</w:t>
      </w:r>
    </w:p>
    <w:p>
      <w:r>
        <w:t>9. 10 × 72 = 720</w:t>
      </w:r>
    </w:p>
    <w:p>
      <w:r>
        <w:t>10. 45 × 10 = 450</w:t>
      </w:r>
    </w:p>
    <w:p>
      <w:pPr>
        <w:pStyle w:val="Heading2"/>
      </w:pPr>
      <w:r>
        <w:t>Corrigé : Série 2B : doubles, moitiés et multiples de 25</w:t>
      </w:r>
    </w:p>
    <w:p>
      <w:r>
        <w:t>1. 2 × 14 = 28</w:t>
      </w:r>
    </w:p>
    <w:p>
      <w:r>
        <w:t>2. 2 × 12 = 24</w:t>
      </w:r>
    </w:p>
    <w:p>
      <w:r>
        <w:t>3. 2 × 35 = 70</w:t>
      </w:r>
    </w:p>
    <w:p>
      <w:r>
        <w:t>4. 2 × 45 = 90</w:t>
      </w:r>
    </w:p>
    <w:p>
      <w:r>
        <w:t>5. 2 × 250 = 500</w:t>
      </w:r>
    </w:p>
    <w:p>
      <w:r>
        <w:t>6. 30 = 2 × 15</w:t>
      </w:r>
    </w:p>
    <w:p>
      <w:r>
        <w:t>7. 80 = 2 × 40</w:t>
      </w:r>
    </w:p>
    <w:p>
      <w:r>
        <w:t>8. 1 000 = 2 × 500</w:t>
      </w:r>
    </w:p>
    <w:p>
      <w:r>
        <w:t>9. 3 × 25 = 75</w:t>
      </w:r>
    </w:p>
    <w:p>
      <w:r>
        <w:t>10. 100 = 4 × 25</w:t>
      </w:r>
    </w:p>
    <w:p>
      <w:pPr>
        <w:pStyle w:val="Heading2"/>
      </w:pPr>
      <w:r>
        <w:t>Corrigé : Série 3A : ajouter 9, 19 ou 29, soustraire 9</w:t>
      </w:r>
    </w:p>
    <w:p>
      <w:r>
        <w:t>1. 46 + 9 = 55 (46 + 10 = 56 ; 56 − 1 = 55)</w:t>
      </w:r>
    </w:p>
    <w:p>
      <w:r>
        <w:t>2. 58 + 19 = 77 (58 + 20 = 78 ; 78 − 1 = 77)</w:t>
      </w:r>
    </w:p>
    <w:p>
      <w:r>
        <w:t>3. 124 + 19 = 143 (124 + 20 = 144 ; 144 − 1 = 143)</w:t>
      </w:r>
    </w:p>
    <w:p>
      <w:r>
        <w:t>4. 37 + 29 = 66 (37 + 30 = 67 ; 67 − 1 = 66)</w:t>
      </w:r>
    </w:p>
    <w:p>
      <w:r>
        <w:t>5. 60 + 29 = 89</w:t>
      </w:r>
    </w:p>
    <w:p>
      <w:r>
        <w:t>6. 253 + 29 = 282 (253 + 30 = 283 ; 283 − 1 = 282)</w:t>
      </w:r>
    </w:p>
    <w:p>
      <w:r>
        <w:t>7. 72 − 9 = 63 (72 − 10 = 62 ; 62 + 1 = 63)</w:t>
      </w:r>
    </w:p>
    <w:p>
      <w:r>
        <w:t>8. 135 − 9 = 126 (135 − 10 = 125 ; 125 + 1 = 126)</w:t>
      </w:r>
    </w:p>
    <w:p>
      <w:r>
        <w:t>9. 81 + 19 = 100</w:t>
      </w:r>
    </w:p>
    <w:p>
      <w:r>
        <w:t>10. 406 − 9 = 397 (406 − 10 = 396 ; 396 + 1 = 397)</w:t>
      </w:r>
    </w:p>
    <w:p>
      <w:pPr>
        <w:pStyle w:val="Heading2"/>
      </w:pPr>
      <w:r>
        <w:t>Corrigé : Série 3B : table de 7, multiplier un nombre de 11 à 19</w:t>
      </w:r>
    </w:p>
    <w:p>
      <w:r>
        <w:t>1. 7 × 6 = 42</w:t>
      </w:r>
    </w:p>
    <w:p>
      <w:r>
        <w:t>2. 8 × 7 = 56</w:t>
      </w:r>
    </w:p>
    <w:p>
      <w:r>
        <w:t>3. 7 × 9 = 63</w:t>
      </w:r>
    </w:p>
    <w:p>
      <w:r>
        <w:t>4. 49 = 7 × 7</w:t>
      </w:r>
    </w:p>
    <w:p>
      <w:r>
        <w:t>5. 13 × 7 = 91 (10 × 7 = 70 ; 3 × 7 = 21 ; 70 + 21 = 91)</w:t>
      </w:r>
    </w:p>
    <w:p>
      <w:r>
        <w:t>6. 12 × 4 = 48 (10 × 4 = 40 ; 2 × 4 = 8 ; 40 + 8 = 48)</w:t>
      </w:r>
    </w:p>
    <w:p>
      <w:r>
        <w:t>7. 5 × 15 = 75 (5 × 10 = 50 ; 5 × 5 = 25 ; 50 + 25 = 75)</w:t>
      </w:r>
    </w:p>
    <w:p>
      <w:r>
        <w:t>8. 16 × 3 = 48 (10 × 3 = 30 ; 6 × 3 = 18 ; 30 + 18 = 48)</w:t>
      </w:r>
    </w:p>
    <w:p>
      <w:r>
        <w:t>9. 6 × 14 = 84 (6 × 10 = 60 ; 6 × 4 = 24 ; 60 + 24 = 84)</w:t>
      </w:r>
    </w:p>
    <w:p>
      <w:r>
        <w:t>10. 18 × 5 = 90 (10 × 5 = 50 ; 8 × 5 = 40 ; 50 + 40 = 90)</w:t>
      </w:r>
    </w:p>
    <w:p>
      <w:pPr>
        <w:pStyle w:val="Heading2"/>
      </w:pPr>
      <w:r>
        <w:t>Corrigé : Série 4A : soustraire un petit nombre, ajouter des dizaines avec retenue</w:t>
      </w:r>
    </w:p>
    <w:p>
      <w:r>
        <w:t>1. 523 − 7 = 516 (523 − 3 = 520 ; 520 − 4 = 516)</w:t>
      </w:r>
    </w:p>
    <w:p>
      <w:r>
        <w:t>2. 64 − 8 = 56 (64 − 4 = 60 ; 60 − 4 = 56)</w:t>
      </w:r>
    </w:p>
    <w:p>
      <w:r>
        <w:t>3. 142 − 5 = 137 (142 − 2 = 140 ; 140 − 3 = 137)</w:t>
      </w:r>
    </w:p>
    <w:p>
      <w:r>
        <w:t>4. 157 − 5 = 152</w:t>
      </w:r>
    </w:p>
    <w:p>
      <w:r>
        <w:t>5. 371 − 6 = 365 (371 − 1 = 370 ; 370 − 5 = 365)</w:t>
      </w:r>
    </w:p>
    <w:p>
      <w:r>
        <w:t>6. 806 − 8 = 798 (806 − 6 = 800 ; 800 − 2 = 798)</w:t>
      </w:r>
    </w:p>
    <w:p>
      <w:r>
        <w:t>7. 746 + 80 = 826 (740 + 80 = 820 ; 820 + 6 = 826)</w:t>
      </w:r>
    </w:p>
    <w:p>
      <w:r>
        <w:t>8. 385 + 40 = 425 (380 + 40 = 420 ; 420 + 5 = 425)</w:t>
      </w:r>
    </w:p>
    <w:p>
      <w:r>
        <w:t>9. 293 + 60 = 353 (290 + 60 = 350 ; 350 + 3 = 353)</w:t>
      </w:r>
    </w:p>
    <w:p>
      <w:r>
        <w:t>10. 672 + 50 = 722 (670 + 50 = 720 ; 720 + 2 = 722)</w:t>
      </w:r>
    </w:p>
    <w:p>
      <w:pPr>
        <w:pStyle w:val="Heading2"/>
      </w:pPr>
      <w:r>
        <w:t>Corrigé : Série 4B : moitié d’un nombre pair en le décomposant</w:t>
      </w:r>
    </w:p>
    <w:p>
      <w:r>
        <w:t>1. 470 = 2 × 235 (470 = 400 + 70 ; 400 = 2 × 200 ; 70 = 2 × 35 ; 200 + 35 = 235)</w:t>
      </w:r>
    </w:p>
    <w:p>
      <w:r>
        <w:t>2. 46 = 2 × 23 (46 = 40 + 6 ; 40 = 2 × 20 ; 6 = 2 × 3 ; 20 + 3 = 23)</w:t>
      </w:r>
    </w:p>
    <w:p>
      <w:r>
        <w:t>3. 68 = 2 × 34 (68 = 60 + 8 ; 60 = 2 × 30 ; 8 = 2 × 4 ; 30 + 4 = 34)</w:t>
      </w:r>
    </w:p>
    <w:p>
      <w:r>
        <w:t>4. 2 × 43 = 86 (86 = 80 + 6 ; 80 = 2 × 40 ; 6 = 2 × 3 ; 40 + 3 = 43)</w:t>
      </w:r>
    </w:p>
    <w:p>
      <w:r>
        <w:t>5. 2 × 70 = 140 (140 = 100 + 40 ; 100 = 2 × 50 ; 40 = 2 × 20 ; 50 + 20 = 70)</w:t>
      </w:r>
    </w:p>
    <w:p>
      <w:r>
        <w:t>6. 260 = 2 × 130 (260 = 200 + 60 ; 200 = 2 × 100 ; 60 = 2 × 30 ; 100 + 30 = 130)</w:t>
      </w:r>
    </w:p>
    <w:p>
      <w:r>
        <w:t>7. 2 × 264 = 528 (528 = 500 + 28 ; 500 = 2 × 250 ; 28 = 2 × 14 ; 250 + 14 = 264)</w:t>
      </w:r>
    </w:p>
    <w:p>
      <w:r>
        <w:t>8. 640 = 2 × 320 (640 = 600 + 40 ; 600 = 2 × 300 ; 40 = 2 × 20 ; 300 + 20 = 320)</w:t>
      </w:r>
    </w:p>
    <w:p>
      <w:r>
        <w:t>9. 2 × 42 = 84 (84 = 80 + 4 ; 80 = 2 × 40 ; 4 = 2 × 2 ; 40 + 2 = 42)</w:t>
      </w:r>
    </w:p>
    <w:p>
      <w:r>
        <w:t>10. 630 = 2 × 315 (630 = 600 + 30 ; 600 = 2 × 300 ; 30 = 2 × 15 ; 300 + 15 = 315)</w:t>
      </w:r>
    </w:p>
    <w:p>
      <w:pPr>
        <w:pStyle w:val="Heading2"/>
      </w:pPr>
      <w:r>
        <w:t>Corrigé : Série 5A : toutes les tables de multiplication</w:t>
      </w:r>
    </w:p>
    <w:p>
      <w:r>
        <w:t>1. 8 × 7 = 56</w:t>
      </w:r>
    </w:p>
    <w:p>
      <w:r>
        <w:t>2. 9 × 6 = 54</w:t>
      </w:r>
    </w:p>
    <w:p>
      <w:r>
        <w:t>3. 4 × 8 = 32</w:t>
      </w:r>
    </w:p>
    <w:p>
      <w:r>
        <w:t>4. 72 = 8 × 9</w:t>
      </w:r>
    </w:p>
    <w:p>
      <w:r>
        <w:t>5. 9 × 9 = 81</w:t>
      </w:r>
    </w:p>
    <w:p>
      <w:r>
        <w:t>6. 6 × 8 = 48</w:t>
      </w:r>
    </w:p>
    <w:p>
      <w:r>
        <w:t>7. 63 = 9 × 7</w:t>
      </w:r>
    </w:p>
    <w:p>
      <w:r>
        <w:t>8. 8 × 8 = 64</w:t>
      </w:r>
    </w:p>
    <w:p>
      <w:r>
        <w:t>9. 4 × 9 = 36</w:t>
      </w:r>
    </w:p>
    <w:p>
      <w:r>
        <w:t>10. 45 = 9 × 5</w:t>
      </w:r>
    </w:p>
    <w:p>
      <w:pPr>
        <w:pStyle w:val="Heading2"/>
      </w:pPr>
      <w:r>
        <w:t>Corrigé : Série 5B : révision mêlée</w:t>
      </w:r>
    </w:p>
    <w:p>
      <w:r>
        <w:t>1. 367 + 29 = 396 (367 + 30 = 397 ; 397 − 1 = 396)</w:t>
      </w:r>
    </w:p>
    <w:p>
      <w:r>
        <w:t>2. 10 × 58 = 580</w:t>
      </w:r>
    </w:p>
    <w:p>
      <w:r>
        <w:t>3. 2 × 13 = 26</w:t>
      </w:r>
    </w:p>
    <w:p>
      <w:r>
        <w:t>4. 432 − 6 = 426 (432 − 2 = 430 ; 430 − 4 = 426)</w:t>
      </w:r>
    </w:p>
    <w:p>
      <w:r>
        <w:t>5. 14 × 6 = 84 (10 × 6 = 60 ; 4 × 6 = 24 ; 60 + 24 = 84)</w:t>
      </w:r>
    </w:p>
    <w:p>
      <w:r>
        <w:t>6. 586 + 300 = 886</w:t>
      </w:r>
    </w:p>
    <w:p>
      <w:r>
        <w:t>7. 8 + 7 = 15</w:t>
      </w:r>
    </w:p>
    <w:p>
      <w:r>
        <w:t>8. 245 − 9 = 236 (245 − 10 = 235 ; 235 + 1 = 236)</w:t>
      </w:r>
    </w:p>
    <w:p>
      <w:r>
        <w:t>9. 4 × 25 = 100</w:t>
      </w:r>
    </w:p>
    <w:p>
      <w:r>
        <w:t>10. 568 + 70 = 638 (560 + 70 = 630 ; 630 + 8 = 638)</w:t>
      </w:r>
    </w:p>
    <w:p>
      <w:pPr>
        <w:pStyle w:val="Heading2"/>
      </w:pPr>
      <w:r>
        <w:t>Corrigé : Test de fluence de fin de CE1</w:t>
      </w:r>
    </w:p>
    <w:p>
      <w:r>
        <w:t>1. 463 + 30 = 493</w:t>
      </w:r>
    </w:p>
    <w:p>
      <w:r>
        <w:t>2. 47 + 9 = 56 (47 + 10 = 57 ; 57 − 1 = 56)</w:t>
      </w:r>
    </w:p>
    <w:p>
      <w:r>
        <w:t>3. 10 × 63 = 630</w:t>
      </w:r>
    </w:p>
    <w:p>
      <w:r>
        <w:t>4. 83 − 9 = 74 (83 − 10 = 73 ; 73 + 1 = 74)</w:t>
      </w:r>
    </w:p>
    <w:p>
      <w:r>
        <w:t>5. 615 − 300 = 315</w:t>
      </w:r>
    </w:p>
    <w:p>
      <w:r>
        <w:t>6. 76 + 19 = 95 (76 + 20 = 96 ; 96 − 1 = 95)</w:t>
      </w:r>
    </w:p>
    <w:p>
      <w:r>
        <w:t>7. 245 − 8 = 237 (245 − 5 = 240 ; 240 − 3 = 237)</w:t>
      </w:r>
    </w:p>
    <w:p>
      <w:r>
        <w:t>8. 548 + 70 = 618 (540 + 70 = 610 ; 610 + 8 = 618)</w:t>
      </w:r>
    </w:p>
    <w:p>
      <w:r>
        <w:t>9. 15 × 4 = 60 (10 × 4 = 40 ; 5 × 4 = 20 ; 40 + 20 = 60)</w:t>
      </w:r>
    </w:p>
    <w:p>
      <w:r>
        <w:t>10. 2 × 180 = 360 (360 = 300 + 60 ; 300 = 2 × 150 ; 60 = 2 × 30 ; 150 + 30 = 180)</w:t>
      </w:r>
    </w:p>
    <w:p>
      <w:r>
        <w:t>11. 138 + 29 = 167 (138 + 30 = 168 ; 168 − 1 = 167)</w:t>
      </w:r>
    </w:p>
    <w:p>
      <w:r>
        <w:t>12. 90 − 6 = 84 (90 − 10 = 80 ; 10 − 6 = 4 ; 80 + 4 = 84)</w:t>
      </w:r>
    </w:p>
    <w:p>
      <w:r>
        <w:t>13. 17 × 3 = 51 (10 × 3 = 30 ; 7 × 3 = 21 ; 30 + 21 = 51)</w:t>
      </w:r>
    </w:p>
    <w:p>
      <w:r>
        <w:t>14. 730 − 400 = 330</w:t>
      </w:r>
    </w:p>
    <w:p>
      <w:r>
        <w:t>15. 10 × 94 = 940</w:t>
      </w:r>
    </w:p>
    <w:p>
      <w:r>
        <w:t>Source : programme de mathématiques du cycle 2, BO n°41 du 31/10/2024. Mise à jour : 23/10/2026.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 mental CE1 : séries modifiables</dc:title>
  <dc:subject/>
  <dc:creator>Prépare Mes Cours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