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Cahier journal de la semaine : modèle vierge</w:t>
      </w:r>
    </w:p>
    <w:p>
      <w:r>
        <w:t>Une vue d'ensemble de la semaine. Notez pour chaque créneau le domaine et l'objectif, puis gardez le détail des séances dans le cahier journal du jour ou dans vos fiches de préparation.</w:t>
      </w:r>
    </w:p>
    <w:p>
      <w:r>
        <w:t>Classe : ..............................   Semaine du ........................ au ........................   Période : ............</w:t>
      </w:r>
    </w:p>
    <w:tbl>
      <w:tblPr>
        <w:tblStyle w:val="TableGrid"/>
        <w:tblW w:type="auto" w:w="0"/>
        <w:tblLayout w:type="fixed"/>
        <w:tblLook w:firstColumn="1" w:firstRow="1" w:lastColumn="0" w:lastRow="0" w:noHBand="0" w:noVBand="1" w:val="04A0"/>
      </w:tblPr>
      <w:tblGrid>
        <w:gridCol w:w="1361"/>
        <w:gridCol w:w="2835"/>
        <w:gridCol w:w="2835"/>
        <w:gridCol w:w="2268"/>
        <w:gridCol w:w="2835"/>
        <w:gridCol w:w="2835"/>
      </w:tblGrid>
      <w:tr>
        <w:tc>
          <w:tcPr>
            <w:tcW w:type="dxa" w:w="2504"/>
          </w:tcPr>
          <w:p>
            <w:r>
              <w:t>Créneau</w:t>
            </w:r>
          </w:p>
        </w:tc>
        <w:tc>
          <w:tcPr>
            <w:tcW w:type="dxa" w:w="2504"/>
          </w:tcPr>
          <w:p>
            <w:r>
              <w:t>Lundi</w:t>
            </w:r>
          </w:p>
        </w:tc>
        <w:tc>
          <w:tcPr>
            <w:tcW w:type="dxa" w:w="2504"/>
          </w:tcPr>
          <w:p>
            <w:r>
              <w:t>Mardi</w:t>
            </w:r>
          </w:p>
        </w:tc>
        <w:tc>
          <w:tcPr>
            <w:tcW w:type="dxa" w:w="2504"/>
          </w:tcPr>
          <w:p>
            <w:r>
              <w:t>Mercredi</w:t>
            </w:r>
          </w:p>
        </w:tc>
        <w:tc>
          <w:tcPr>
            <w:tcW w:type="dxa" w:w="2504"/>
          </w:tcPr>
          <w:p>
            <w:r>
              <w:t>Jeudi</w:t>
            </w:r>
          </w:p>
        </w:tc>
        <w:tc>
          <w:tcPr>
            <w:tcW w:type="dxa" w:w="2504"/>
          </w:tcPr>
          <w:p>
            <w:r>
              <w:t>Vendredi</w:t>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r>
        <w:trPr>
          <w:trHeight w:val="964"/>
        </w:trPr>
        <w:tc>
          <w:tcPr>
            <w:tcW w:type="dxa" w:w="2504"/>
          </w:tcPr>
          <w:p>
            <w:r/>
          </w:p>
        </w:tc>
        <w:tc>
          <w:tcPr>
            <w:tcW w:type="dxa" w:w="2504"/>
          </w:tcPr>
          <w:p>
            <w:r/>
          </w:p>
        </w:tc>
        <w:tc>
          <w:tcPr>
            <w:tcW w:type="dxa" w:w="2504"/>
          </w:tcPr>
          <w:p>
            <w:r/>
          </w:p>
        </w:tc>
        <w:tc>
          <w:tcPr>
            <w:tcW w:type="dxa" w:w="2504"/>
          </w:tcPr>
          <w:p>
            <w:r/>
          </w:p>
        </w:tc>
        <w:tc>
          <w:tcPr>
            <w:tcW w:type="dxa" w:w="2504"/>
          </w:tcPr>
          <w:p>
            <w:r/>
          </w:p>
        </w:tc>
        <w:tc>
          <w:tcPr>
            <w:tcW w:type="dxa" w:w="2504"/>
          </w:tcPr>
          <w:p>
            <w:r/>
          </w:p>
        </w:tc>
      </w:tr>
    </w:tbl>
    <w:p>
      <w:r>
        <w:t>Bilan de la semaine : notions à reprendre, séances reportées, matériel à préparer :</w:t>
      </w:r>
    </w:p>
    <w:p>
      <w:r>
        <w:t>................................................................................................................................................</w:t>
      </w:r>
    </w:p>
    <w:sectPr w:rsidR="00FC693F" w:rsidRPr="0006063C" w:rsidSect="00034616">
      <w:footerReference w:type="default" r:id="rId9"/>
      <w:pgSz w:w="16838" w:h="11906" w:orient="landscape"/>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Prépare Mes Cours | Modèle à adapter | preparemescours.fr/blog/cahier-journal-enseignant-modele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Luciole" w:hAnsi="Luciole"/>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journal de la semaine : modèle vierge</dc:title>
  <dc:subject/>
  <dc:creator>Prépare Mes Cours</dc:creator>
  <cp:keywords/>
  <dc:description>generated by python-docx</dc:description>
  <cp:lastModifiedBy/>
  <cp:revision>1</cp:revision>
  <dcterms:created xsi:type="dcterms:W3CDTF">2013-12-23T23:15:00Z</dcterms:created>
  <dcterms:modified xsi:type="dcterms:W3CDTF">2013-12-23T23:15:00Z</dcterms:modified>
  <cp:category/>
</cp:coreProperties>
</file>